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James A Norkawich Electronic Press Kit</w:t>
      </w:r>
    </w:p>
    <w:p>
      <w:pPr>
        <w:pStyle w:val="Subtitle"/>
      </w:pPr>
      <w:r>
        <w:t>Pianist • Composer • Arranger • Producer • Music Educator</w:t>
      </w:r>
    </w:p>
    <w:p>
      <w:r>
        <w:t>America’s Composer  |  Mr. Christmas</w:t>
      </w:r>
    </w:p>
    <w:p>
      <w:r>
        <w:t>Glastonbury, Connecticut  •  Studio 55</w:t>
      </w:r>
    </w:p>
    <w:p>
      <w:r>
        <w:t>A resource for presenters, journalists, broadcasters and creative collaborators, covering James A. Norkawich’s musical background, recording projects and booking opportunities.</w:t>
      </w:r>
    </w:p>
    <w:p>
      <w:pPr>
        <w:pStyle w:val="Heading1"/>
      </w:pPr>
      <w:r>
        <w:t>Artist overview</w:t>
      </w:r>
    </w:p>
    <w:p>
      <w:r>
        <w:t>James A. Norkawich brings a pianist’s perspective to an expansive recording career. His work spans jazz and the Great American Songbook, Christmas music, inspirational recordings, classical crossover and cinematic rock. Piano and Hammond organ connect his solo catalog with his work as the founder and creative force behind Revelation Rising.</w:t>
      </w:r>
    </w:p>
    <w:p>
      <w:pPr>
        <w:pStyle w:val="Heading1"/>
      </w:pPr>
      <w:r>
        <w:t>Short biography</w:t>
      </w:r>
    </w:p>
    <w:p>
      <w:r>
        <w:t>James A. Norkawich is a Connecticut pianist, composer, arranger, producer and music educator. Born in Bridgeport and based in Glastonbury, he began exploring organ at age three and developed a career across performance, recording and music education. Known through his public brands “America’s Composer” and “Mr. Christmas,” he works across jazz, holiday music, inspirational recordings and cinematic arrangements. He leads Revelation Rising and founded The Lighthouse Project, connecting his creative work with arts education and community outreach. His catalog includes Just Getting Started, Keys to the Soul and a broad collection of Christmas releases.</w:t>
      </w:r>
    </w:p>
    <w:p>
      <w:pPr>
        <w:pStyle w:val="Heading1"/>
      </w:pPr>
      <w:r>
        <w:t>Career highlights</w:t>
      </w:r>
    </w:p>
    <w:p>
      <w:pPr>
        <w:pStyle w:val="ListBullet"/>
      </w:pPr>
      <w:r>
        <w:t>Steinway Artist and Hammond Artist.</w:t>
      </w:r>
    </w:p>
    <w:p>
      <w:pPr>
        <w:pStyle w:val="ListBullet"/>
      </w:pPr>
      <w:r>
        <w:t>Founder and creative director of Revelation Rising.</w:t>
      </w:r>
    </w:p>
    <w:p>
      <w:pPr>
        <w:pStyle w:val="ListBullet"/>
      </w:pPr>
      <w:r>
        <w:t>Founder of The Lighthouse Project.</w:t>
      </w:r>
    </w:p>
    <w:p>
      <w:pPr>
        <w:pStyle w:val="ListBullet"/>
      </w:pPr>
      <w:r>
        <w:t>Independent recording, arranging and production through Studio 55.</w:t>
      </w:r>
    </w:p>
    <w:p>
      <w:pPr>
        <w:pStyle w:val="ListBullet"/>
      </w:pPr>
      <w:r>
        <w:t>Music educator with a background in piano, organ, jazz and composition.</w:t>
      </w:r>
    </w:p>
    <w:p>
      <w:hyperlink r:id="rId10">
        <w:r>
          <w:rPr>
            <w:color w:val="145A73"/>
          </w:rPr>
          <w:t>Official website and booking inquiries</w:t>
        </w:r>
      </w:hyperlink>
    </w:p>
    <w:p>
      <w:r>
        <w:br w:type="page"/>
      </w:r>
    </w:p>
    <w:p>
      <w:pPr>
        <w:pStyle w:val="Heading1"/>
      </w:pPr>
      <w:r>
        <w:t>Full biography</w:t>
      </w:r>
    </w:p>
    <w:p>
      <w:r>
        <w:t>James A. Norkawich’s musical story began in Bridgeport, Connecticut, where his grandfather, Albert J. Kaufman, encouraged his early interest in the organ. Formal lessons followed at Verelli Music Studios, then studies with Frank Markham at Westport Music. Those experiences established a keyboard foundation that continues to shape his work as a performer, writer and producer.</w:t>
      </w:r>
    </w:p>
    <w:p>
      <w:r>
        <w:t>His training expanded at the Regional Center for the Arts through jazz theory, composition, ensemble playing and music technology. He later attended the University of Bridgeport on a four-year music scholarship. Across his career, performance, arranging, recording and teaching have informed one another: the pianist listens for musical detail, while the composer and producer consider the shape of the complete recording.</w:t>
      </w:r>
    </w:p>
    <w:p>
      <w:r>
        <w:t>His solo catalog explores standards, jazz, contemporary piano, holiday music and inspirational material. Releases such as Yesterday and Today revisit the Great American Songbook, while Lighthouse, Hometown Homecoming, Keys to the Soul and Just Getting Started reflect his wider musical interests. His arrangements draw on grand piano, organ, rhythm sections, strings, brass and vocal textures.</w:t>
      </w:r>
    </w:p>
    <w:p>
      <w:r>
        <w:t>Christmas music is a central part of his recording identity. Under the “Mr. Christmas” brand, Norkawich approaches seasonal repertoire through family traditions, remembrance and faith. His holiday catalog includes Christmas By The Seaside, Christmas Magic and Christmas Enchantment, with further holiday releases planned for October 31, 2026.</w:t>
      </w:r>
    </w:p>
    <w:p>
      <w:r>
        <w:t>Revelation Rising expands his work into vocal-driven rock and cinematic production. As founder, principal songwriter, keyboardist, arranger and creative director, he combines piano and organ with electric guitars, layered vocals and orchestral writing. The project explores love, loss, perseverance and faith through larger musical forms.</w:t>
      </w:r>
    </w:p>
    <w:p>
      <w:r>
        <w:t>Education and service remain part of his creative life. Through teaching and The Lighthouse Project, he supports the role of music in mentorship and community connection. His broadcasting and podcast work also creates space for conversations about artists, their careers and the experiences behind their music. Based in Glastonbury, he continues to develop recordings, collaborations and educational projects with the keyboard at their center.</w:t>
      </w:r>
    </w:p>
    <w:p>
      <w:pPr>
        <w:pStyle w:val="Heading1"/>
      </w:pPr>
      <w:r>
        <w:t>Media story angles</w:t>
      </w:r>
    </w:p>
    <w:p>
      <w:pPr>
        <w:pStyle w:val="ListBullet"/>
      </w:pPr>
      <w:r>
        <w:t>Connecticut roots — a childhood fascination with organ develops into a career in piano, arranging and production.</w:t>
      </w:r>
    </w:p>
    <w:p>
      <w:pPr>
        <w:pStyle w:val="ListBullet"/>
      </w:pPr>
      <w:r>
        <w:t>Mr. Christmas — seasonal recordings and the family memories behind holiday music.</w:t>
      </w:r>
    </w:p>
    <w:p>
      <w:pPr>
        <w:pStyle w:val="ListBullet"/>
      </w:pPr>
      <w:r>
        <w:t>One musician across genres — the relationship between solo piano, jazz and Revelation Rising.</w:t>
      </w:r>
    </w:p>
    <w:p>
      <w:pPr>
        <w:pStyle w:val="ListBullet"/>
      </w:pPr>
      <w:r>
        <w:t>Music and mentorship — teaching and community outreach through The Lighthouse Project.</w:t>
      </w:r>
    </w:p>
    <w:p>
      <w:r>
        <w:br w:type="page"/>
      </w:r>
    </w:p>
    <w:p>
      <w:pPr>
        <w:pStyle w:val="Heading1"/>
      </w:pPr>
      <w:r>
        <w:t>Selected recordings</w:t>
      </w:r>
    </w:p>
    <w:p>
      <w:r>
        <w:t>A starting point for exploring the solo catalog. Visit the artist pages below for the complete catalog and current availability.</w:t>
      </w:r>
    </w:p>
    <w:tbl>
      <w:tblPr>
        <w:tblW w:type="auto" w:w="0"/>
        <w:tblLayout w:type="fixed"/>
        <w:tblLook w:firstColumn="1" w:firstRow="1" w:lastColumn="0" w:lastRow="0" w:noHBand="0" w:noVBand="1" w:val="04A0"/>
      </w:tblPr>
      <w:tblGrid>
        <w:gridCol w:w="864"/>
        <w:gridCol w:w="4824"/>
        <w:gridCol w:w="4176"/>
      </w:tblGrid>
      <w:tr>
        <w:tc>
          <w:tcPr>
            <w:tcW w:type="dxa" w:w="3312"/>
            <w:tcBorders>
              <w:top w:val="single" w:sz="4" w:color="D9D9D9"/>
              <w:left w:val="single" w:sz="4" w:color="D9D9D9"/>
              <w:bottom w:val="single" w:sz="4" w:color="D9D9D9"/>
              <w:right w:val="single" w:sz="4" w:color="D9D9D9"/>
            </w:tcBorders>
            <w:shd w:fill="E8ECEF"/>
          </w:tcPr>
          <w:p>
            <w:pPr>
              <w:spacing w:after="120" w:before="120"/>
            </w:pPr>
            <w:r>
              <w:rPr>
                <w:b/>
                <w:sz w:val="20"/>
              </w:rPr>
              <w:t>Year</w:t>
            </w:r>
          </w:p>
        </w:tc>
        <w:tc>
          <w:tcPr>
            <w:tcW w:type="dxa" w:w="3312"/>
            <w:tcBorders>
              <w:top w:val="single" w:sz="4" w:color="D9D9D9"/>
              <w:left w:val="single" w:sz="4" w:color="D9D9D9"/>
              <w:bottom w:val="single" w:sz="4" w:color="D9D9D9"/>
              <w:right w:val="single" w:sz="4" w:color="D9D9D9"/>
            </w:tcBorders>
            <w:shd w:fill="E8ECEF"/>
          </w:tcPr>
          <w:p>
            <w:pPr>
              <w:spacing w:after="120" w:before="120"/>
            </w:pPr>
            <w:r>
              <w:rPr>
                <w:b/>
                <w:sz w:val="20"/>
              </w:rPr>
              <w:t>Release</w:t>
            </w:r>
          </w:p>
        </w:tc>
        <w:tc>
          <w:tcPr>
            <w:tcW w:type="dxa" w:w="3312"/>
            <w:tcBorders>
              <w:top w:val="single" w:sz="4" w:color="D9D9D9"/>
              <w:left w:val="single" w:sz="4" w:color="D9D9D9"/>
              <w:bottom w:val="single" w:sz="4" w:color="D9D9D9"/>
              <w:right w:val="single" w:sz="4" w:color="D9D9D9"/>
            </w:tcBorders>
            <w:shd w:fill="E8ECEF"/>
          </w:tcPr>
          <w:p>
            <w:pPr>
              <w:spacing w:after="120" w:before="120"/>
            </w:pPr>
            <w:r>
              <w:rPr>
                <w:b/>
                <w:sz w:val="20"/>
              </w:rPr>
              <w:t>Focus</w:t>
            </w:r>
          </w:p>
        </w:tc>
      </w:tr>
      <w:tr>
        <w:tc>
          <w:tcPr>
            <w:tcW w:type="dxa" w:w="864"/>
            <w:tcBorders>
              <w:top w:val="single" w:sz="4" w:color="D9D9D9"/>
              <w:left w:val="single" w:sz="4" w:color="D9D9D9"/>
              <w:bottom w:val="single" w:sz="4" w:color="D9D9D9"/>
              <w:right w:val="single" w:sz="4" w:color="D9D9D9"/>
            </w:tcBorders>
            <w:shd w:fill="FFFFFF"/>
          </w:tcPr>
          <w:p>
            <w:pPr>
              <w:spacing w:after="120" w:before="120"/>
            </w:pPr>
            <w:r>
              <w:rPr>
                <w:b w:val="0"/>
                <w:sz w:val="20"/>
              </w:rPr>
              <w:t>2022</w:t>
            </w:r>
          </w:p>
        </w:tc>
        <w:tc>
          <w:tcPr>
            <w:tcW w:type="dxa" w:w="4824"/>
            <w:tcBorders>
              <w:top w:val="single" w:sz="4" w:color="D9D9D9"/>
              <w:left w:val="single" w:sz="4" w:color="D9D9D9"/>
              <w:bottom w:val="single" w:sz="4" w:color="D9D9D9"/>
              <w:right w:val="single" w:sz="4" w:color="D9D9D9"/>
            </w:tcBorders>
            <w:shd w:fill="FFFFFF"/>
          </w:tcPr>
          <w:p>
            <w:pPr>
              <w:spacing w:after="120" w:before="120"/>
            </w:pPr>
            <w:r>
              <w:rPr>
                <w:b w:val="0"/>
                <w:sz w:val="20"/>
              </w:rPr>
              <w:t>Yesterday and Today</w:t>
            </w:r>
          </w:p>
        </w:tc>
        <w:tc>
          <w:tcPr>
            <w:tcW w:type="dxa" w:w="4176"/>
            <w:tcBorders>
              <w:top w:val="single" w:sz="4" w:color="D9D9D9"/>
              <w:left w:val="single" w:sz="4" w:color="D9D9D9"/>
              <w:bottom w:val="single" w:sz="4" w:color="D9D9D9"/>
              <w:right w:val="single" w:sz="4" w:color="D9D9D9"/>
            </w:tcBorders>
            <w:shd w:fill="FFFFFF"/>
          </w:tcPr>
          <w:p>
            <w:pPr>
              <w:spacing w:after="120" w:before="120"/>
            </w:pPr>
            <w:r>
              <w:rPr>
                <w:b w:val="0"/>
                <w:sz w:val="20"/>
              </w:rPr>
              <w:t>Great American Songbook volumes</w:t>
            </w:r>
          </w:p>
        </w:tc>
      </w:tr>
      <w:tr>
        <w:tc>
          <w:tcPr>
            <w:tcW w:type="dxa" w:w="864"/>
            <w:tcBorders>
              <w:top w:val="single" w:sz="4" w:color="D9D9D9"/>
              <w:left w:val="single" w:sz="4" w:color="D9D9D9"/>
              <w:bottom w:val="single" w:sz="4" w:color="D9D9D9"/>
              <w:right w:val="single" w:sz="4" w:color="D9D9D9"/>
            </w:tcBorders>
            <w:shd w:fill="F5F6F7"/>
          </w:tcPr>
          <w:p>
            <w:pPr>
              <w:spacing w:after="120" w:before="120"/>
            </w:pPr>
            <w:r>
              <w:rPr>
                <w:b w:val="0"/>
                <w:sz w:val="20"/>
              </w:rPr>
              <w:t>2022</w:t>
            </w:r>
          </w:p>
        </w:tc>
        <w:tc>
          <w:tcPr>
            <w:tcW w:type="dxa" w:w="4824"/>
            <w:tcBorders>
              <w:top w:val="single" w:sz="4" w:color="D9D9D9"/>
              <w:left w:val="single" w:sz="4" w:color="D9D9D9"/>
              <w:bottom w:val="single" w:sz="4" w:color="D9D9D9"/>
              <w:right w:val="single" w:sz="4" w:color="D9D9D9"/>
            </w:tcBorders>
            <w:shd w:fill="F5F6F7"/>
          </w:tcPr>
          <w:p>
            <w:pPr>
              <w:spacing w:after="120" w:before="120"/>
            </w:pPr>
            <w:r>
              <w:rPr>
                <w:b w:val="0"/>
                <w:sz w:val="20"/>
              </w:rPr>
              <w:t>Christmas By The Seaside</w:t>
            </w:r>
          </w:p>
        </w:tc>
        <w:tc>
          <w:tcPr>
            <w:tcW w:type="dxa" w:w="4176"/>
            <w:tcBorders>
              <w:top w:val="single" w:sz="4" w:color="D9D9D9"/>
              <w:left w:val="single" w:sz="4" w:color="D9D9D9"/>
              <w:bottom w:val="single" w:sz="4" w:color="D9D9D9"/>
              <w:right w:val="single" w:sz="4" w:color="D9D9D9"/>
            </w:tcBorders>
            <w:shd w:fill="F5F6F7"/>
          </w:tcPr>
          <w:p>
            <w:pPr>
              <w:spacing w:after="120" w:before="120"/>
            </w:pPr>
            <w:r>
              <w:rPr>
                <w:b w:val="0"/>
                <w:sz w:val="20"/>
              </w:rPr>
              <w:t>Holiday release</w:t>
            </w:r>
          </w:p>
        </w:tc>
      </w:tr>
      <w:tr>
        <w:tc>
          <w:tcPr>
            <w:tcW w:type="dxa" w:w="864"/>
            <w:tcBorders>
              <w:top w:val="single" w:sz="4" w:color="D9D9D9"/>
              <w:left w:val="single" w:sz="4" w:color="D9D9D9"/>
              <w:bottom w:val="single" w:sz="4" w:color="D9D9D9"/>
              <w:right w:val="single" w:sz="4" w:color="D9D9D9"/>
            </w:tcBorders>
            <w:shd w:fill="FFFFFF"/>
          </w:tcPr>
          <w:p>
            <w:pPr>
              <w:spacing w:after="120" w:before="120"/>
            </w:pPr>
            <w:r>
              <w:rPr>
                <w:b w:val="0"/>
                <w:sz w:val="20"/>
              </w:rPr>
              <w:t>2023</w:t>
            </w:r>
          </w:p>
        </w:tc>
        <w:tc>
          <w:tcPr>
            <w:tcW w:type="dxa" w:w="4824"/>
            <w:tcBorders>
              <w:top w:val="single" w:sz="4" w:color="D9D9D9"/>
              <w:left w:val="single" w:sz="4" w:color="D9D9D9"/>
              <w:bottom w:val="single" w:sz="4" w:color="D9D9D9"/>
              <w:right w:val="single" w:sz="4" w:color="D9D9D9"/>
            </w:tcBorders>
            <w:shd w:fill="FFFFFF"/>
          </w:tcPr>
          <w:p>
            <w:pPr>
              <w:spacing w:after="120" w:before="120"/>
            </w:pPr>
            <w:r>
              <w:rPr>
                <w:b w:val="0"/>
                <w:sz w:val="20"/>
              </w:rPr>
              <w:t>Lighthouse</w:t>
            </w:r>
          </w:p>
        </w:tc>
        <w:tc>
          <w:tcPr>
            <w:tcW w:type="dxa" w:w="4176"/>
            <w:tcBorders>
              <w:top w:val="single" w:sz="4" w:color="D9D9D9"/>
              <w:left w:val="single" w:sz="4" w:color="D9D9D9"/>
              <w:bottom w:val="single" w:sz="4" w:color="D9D9D9"/>
              <w:right w:val="single" w:sz="4" w:color="D9D9D9"/>
            </w:tcBorders>
            <w:shd w:fill="FFFFFF"/>
          </w:tcPr>
          <w:p>
            <w:pPr>
              <w:spacing w:after="120" w:before="120"/>
            </w:pPr>
            <w:r>
              <w:rPr>
                <w:b w:val="0"/>
                <w:sz w:val="20"/>
              </w:rPr>
              <w:t>Solo catalog</w:t>
            </w:r>
          </w:p>
        </w:tc>
      </w:tr>
      <w:tr>
        <w:tc>
          <w:tcPr>
            <w:tcW w:type="dxa" w:w="864"/>
            <w:tcBorders>
              <w:top w:val="single" w:sz="4" w:color="D9D9D9"/>
              <w:left w:val="single" w:sz="4" w:color="D9D9D9"/>
              <w:bottom w:val="single" w:sz="4" w:color="D9D9D9"/>
              <w:right w:val="single" w:sz="4" w:color="D9D9D9"/>
            </w:tcBorders>
            <w:shd w:fill="F5F6F7"/>
          </w:tcPr>
          <w:p>
            <w:pPr>
              <w:spacing w:after="120" w:before="120"/>
            </w:pPr>
            <w:r>
              <w:rPr>
                <w:b w:val="0"/>
                <w:sz w:val="20"/>
              </w:rPr>
              <w:t>2023</w:t>
            </w:r>
          </w:p>
        </w:tc>
        <w:tc>
          <w:tcPr>
            <w:tcW w:type="dxa" w:w="4824"/>
            <w:tcBorders>
              <w:top w:val="single" w:sz="4" w:color="D9D9D9"/>
              <w:left w:val="single" w:sz="4" w:color="D9D9D9"/>
              <w:bottom w:val="single" w:sz="4" w:color="D9D9D9"/>
              <w:right w:val="single" w:sz="4" w:color="D9D9D9"/>
            </w:tcBorders>
            <w:shd w:fill="F5F6F7"/>
          </w:tcPr>
          <w:p>
            <w:pPr>
              <w:spacing w:after="120" w:before="120"/>
            </w:pPr>
            <w:r>
              <w:rPr>
                <w:b w:val="0"/>
                <w:sz w:val="20"/>
              </w:rPr>
              <w:t>Christmas Magic</w:t>
            </w:r>
          </w:p>
        </w:tc>
        <w:tc>
          <w:tcPr>
            <w:tcW w:type="dxa" w:w="4176"/>
            <w:tcBorders>
              <w:top w:val="single" w:sz="4" w:color="D9D9D9"/>
              <w:left w:val="single" w:sz="4" w:color="D9D9D9"/>
              <w:bottom w:val="single" w:sz="4" w:color="D9D9D9"/>
              <w:right w:val="single" w:sz="4" w:color="D9D9D9"/>
            </w:tcBorders>
            <w:shd w:fill="F5F6F7"/>
          </w:tcPr>
          <w:p>
            <w:pPr>
              <w:spacing w:after="120" w:before="120"/>
            </w:pPr>
            <w:r>
              <w:rPr>
                <w:b w:val="0"/>
                <w:sz w:val="20"/>
              </w:rPr>
              <w:t>Holiday release</w:t>
            </w:r>
          </w:p>
        </w:tc>
      </w:tr>
      <w:tr>
        <w:tc>
          <w:tcPr>
            <w:tcW w:type="dxa" w:w="864"/>
            <w:tcBorders>
              <w:top w:val="single" w:sz="4" w:color="D9D9D9"/>
              <w:left w:val="single" w:sz="4" w:color="D9D9D9"/>
              <w:bottom w:val="single" w:sz="4" w:color="D9D9D9"/>
              <w:right w:val="single" w:sz="4" w:color="D9D9D9"/>
            </w:tcBorders>
            <w:shd w:fill="FFFFFF"/>
          </w:tcPr>
          <w:p>
            <w:pPr>
              <w:spacing w:after="120" w:before="120"/>
            </w:pPr>
            <w:r>
              <w:rPr>
                <w:b w:val="0"/>
                <w:sz w:val="20"/>
              </w:rPr>
              <w:t>2024</w:t>
            </w:r>
          </w:p>
        </w:tc>
        <w:tc>
          <w:tcPr>
            <w:tcW w:type="dxa" w:w="4824"/>
            <w:tcBorders>
              <w:top w:val="single" w:sz="4" w:color="D9D9D9"/>
              <w:left w:val="single" w:sz="4" w:color="D9D9D9"/>
              <w:bottom w:val="single" w:sz="4" w:color="D9D9D9"/>
              <w:right w:val="single" w:sz="4" w:color="D9D9D9"/>
            </w:tcBorders>
            <w:shd w:fill="FFFFFF"/>
          </w:tcPr>
          <w:p>
            <w:pPr>
              <w:spacing w:after="120" w:before="120"/>
            </w:pPr>
            <w:r>
              <w:rPr>
                <w:b w:val="0"/>
                <w:sz w:val="20"/>
              </w:rPr>
              <w:t>So Far So Great and Hometown Homecoming</w:t>
            </w:r>
          </w:p>
        </w:tc>
        <w:tc>
          <w:tcPr>
            <w:tcW w:type="dxa" w:w="4176"/>
            <w:tcBorders>
              <w:top w:val="single" w:sz="4" w:color="D9D9D9"/>
              <w:left w:val="single" w:sz="4" w:color="D9D9D9"/>
              <w:bottom w:val="single" w:sz="4" w:color="D9D9D9"/>
              <w:right w:val="single" w:sz="4" w:color="D9D9D9"/>
            </w:tcBorders>
            <w:shd w:fill="FFFFFF"/>
          </w:tcPr>
          <w:p>
            <w:pPr>
              <w:spacing w:after="120" w:before="120"/>
            </w:pPr>
            <w:r>
              <w:rPr>
                <w:b w:val="0"/>
                <w:sz w:val="20"/>
              </w:rPr>
              <w:t>Solo catalog</w:t>
            </w:r>
          </w:p>
        </w:tc>
      </w:tr>
      <w:tr>
        <w:tc>
          <w:tcPr>
            <w:tcW w:type="dxa" w:w="864"/>
            <w:tcBorders>
              <w:top w:val="single" w:sz="4" w:color="D9D9D9"/>
              <w:left w:val="single" w:sz="4" w:color="D9D9D9"/>
              <w:bottom w:val="single" w:sz="4" w:color="D9D9D9"/>
              <w:right w:val="single" w:sz="4" w:color="D9D9D9"/>
            </w:tcBorders>
            <w:shd w:fill="F5F6F7"/>
          </w:tcPr>
          <w:p>
            <w:pPr>
              <w:spacing w:after="120" w:before="120"/>
            </w:pPr>
            <w:r>
              <w:rPr>
                <w:b w:val="0"/>
                <w:sz w:val="20"/>
              </w:rPr>
              <w:t>2024</w:t>
            </w:r>
          </w:p>
        </w:tc>
        <w:tc>
          <w:tcPr>
            <w:tcW w:type="dxa" w:w="4824"/>
            <w:tcBorders>
              <w:top w:val="single" w:sz="4" w:color="D9D9D9"/>
              <w:left w:val="single" w:sz="4" w:color="D9D9D9"/>
              <w:bottom w:val="single" w:sz="4" w:color="D9D9D9"/>
              <w:right w:val="single" w:sz="4" w:color="D9D9D9"/>
            </w:tcBorders>
            <w:shd w:fill="F5F6F7"/>
          </w:tcPr>
          <w:p>
            <w:pPr>
              <w:spacing w:after="120" w:before="120"/>
            </w:pPr>
            <w:r>
              <w:rPr>
                <w:b w:val="0"/>
                <w:sz w:val="20"/>
              </w:rPr>
              <w:t>Christmas Enchantment</w:t>
            </w:r>
          </w:p>
        </w:tc>
        <w:tc>
          <w:tcPr>
            <w:tcW w:type="dxa" w:w="4176"/>
            <w:tcBorders>
              <w:top w:val="single" w:sz="4" w:color="D9D9D9"/>
              <w:left w:val="single" w:sz="4" w:color="D9D9D9"/>
              <w:bottom w:val="single" w:sz="4" w:color="D9D9D9"/>
              <w:right w:val="single" w:sz="4" w:color="D9D9D9"/>
            </w:tcBorders>
            <w:shd w:fill="F5F6F7"/>
          </w:tcPr>
          <w:p>
            <w:pPr>
              <w:spacing w:after="120" w:before="120"/>
            </w:pPr>
            <w:r>
              <w:rPr>
                <w:b w:val="0"/>
                <w:sz w:val="20"/>
              </w:rPr>
              <w:t>Holiday release</w:t>
            </w:r>
          </w:p>
        </w:tc>
      </w:tr>
      <w:tr>
        <w:tc>
          <w:tcPr>
            <w:tcW w:type="dxa" w:w="864"/>
            <w:tcBorders>
              <w:top w:val="single" w:sz="4" w:color="D9D9D9"/>
              <w:left w:val="single" w:sz="4" w:color="D9D9D9"/>
              <w:bottom w:val="single" w:sz="4" w:color="D9D9D9"/>
              <w:right w:val="single" w:sz="4" w:color="D9D9D9"/>
            </w:tcBorders>
            <w:shd w:fill="FFFFFF"/>
          </w:tcPr>
          <w:p>
            <w:pPr>
              <w:spacing w:after="120" w:before="120"/>
            </w:pPr>
            <w:r>
              <w:rPr>
                <w:b w:val="0"/>
                <w:sz w:val="20"/>
              </w:rPr>
              <w:t>2025</w:t>
            </w:r>
          </w:p>
        </w:tc>
        <w:tc>
          <w:tcPr>
            <w:tcW w:type="dxa" w:w="4824"/>
            <w:tcBorders>
              <w:top w:val="single" w:sz="4" w:color="D9D9D9"/>
              <w:left w:val="single" w:sz="4" w:color="D9D9D9"/>
              <w:bottom w:val="single" w:sz="4" w:color="D9D9D9"/>
              <w:right w:val="single" w:sz="4" w:color="D9D9D9"/>
            </w:tcBorders>
            <w:shd w:fill="FFFFFF"/>
          </w:tcPr>
          <w:p>
            <w:pPr>
              <w:spacing w:after="120" w:before="120"/>
            </w:pPr>
            <w:r>
              <w:rPr>
                <w:b w:val="0"/>
                <w:sz w:val="20"/>
              </w:rPr>
              <w:t>Keys to the Soul and Just Getting Started</w:t>
            </w:r>
          </w:p>
        </w:tc>
        <w:tc>
          <w:tcPr>
            <w:tcW w:type="dxa" w:w="4176"/>
            <w:tcBorders>
              <w:top w:val="single" w:sz="4" w:color="D9D9D9"/>
              <w:left w:val="single" w:sz="4" w:color="D9D9D9"/>
              <w:bottom w:val="single" w:sz="4" w:color="D9D9D9"/>
              <w:right w:val="single" w:sz="4" w:color="D9D9D9"/>
            </w:tcBorders>
            <w:shd w:fill="FFFFFF"/>
          </w:tcPr>
          <w:p>
            <w:pPr>
              <w:spacing w:after="120" w:before="120"/>
            </w:pPr>
            <w:r>
              <w:rPr>
                <w:b w:val="0"/>
                <w:sz w:val="20"/>
              </w:rPr>
              <w:t>Solo catalog</w:t>
            </w:r>
          </w:p>
        </w:tc>
      </w:tr>
    </w:tbl>
    <w:p>
      <w:pPr>
        <w:pStyle w:val="Heading1"/>
      </w:pPr>
      <w:r>
        <w:t>Revelation Rising</w:t>
      </w:r>
    </w:p>
    <w:p>
      <w:r>
        <w:t>Related releases include Before the Light and After the Storm, described by the artist as part of the Buried Truths Soundtrack. Explore the band’s recordings through its separate artist page.</w:t>
      </w:r>
    </w:p>
    <w:p>
      <w:hyperlink r:id="rId124">
        <w:r>
          <w:t>Revelation Rising official website — revelationrisingband.com</w:t>
        </w:r>
      </w:hyperlink>
    </w:p>
    <w:p>
      <w:hyperlink r:id="rId11">
        <w:r>
          <w:rPr>
            <w:color w:val="145A73"/>
          </w:rPr>
          <w:t>Revelation Rising on Spotify</w:t>
        </w:r>
      </w:hyperlink>
    </w:p>
    <w:p>
      <w:pPr>
        <w:pStyle w:val="Heading1"/>
      </w:pPr>
      <w:r>
        <w:t>Listen and connect</w:t>
      </w:r>
    </w:p>
    <w:p>
      <w:hyperlink r:id="rId12">
        <w:r>
          <w:rPr>
            <w:color w:val="145A73"/>
          </w:rPr>
          <w:t>James A. Norkawich on Spotify</w:t>
        </w:r>
      </w:hyperlink>
    </w:p>
    <w:p>
      <w:hyperlink r:id="rId13">
        <w:r>
          <w:rPr>
            <w:color w:val="145A73"/>
          </w:rPr>
          <w:t>James A. Norkawich on Apple Music</w:t>
        </w:r>
      </w:hyperlink>
    </w:p>
    <w:p>
      <w:hyperlink r:id="rId14">
        <w:r>
          <w:rPr>
            <w:color w:val="145A73"/>
          </w:rPr>
          <w:t>Biography and artist information</w:t>
        </w:r>
      </w:hyperlink>
    </w:p>
    <w:p>
      <w:hyperlink r:id="rId15">
        <w:r>
          <w:rPr>
            <w:color w:val="145A73"/>
          </w:rPr>
          <w:t>Gallery and photographs</w:t>
        </w:r>
      </w:hyperlink>
    </w:p>
    <w:p>
      <w:pPr>
        <w:pStyle w:val="Heading1"/>
      </w:pPr>
      <w:r>
        <w:t>Booking and media inquiries</w:t>
      </w:r>
    </w:p>
    <w:p>
      <w:r>
        <w:t>For performances, interviews, recording collaborations and educational appearances, use the contact form at www.jamesanorkawich.com. Include your organization, proposed date, location and project details. Performance format and technical requirements can be coordinated for the specific engagement.</w:t>
      </w:r>
    </w:p>
    <w:p>
      <w:pPr>
        <w:pStyle w:val="Caption"/>
      </w:pPr>
      <w:r>
        <w:t>Artist information supplied by James A. Norkawich and his official website. Prepared October 5, 2026.</w:t>
      </w:r>
    </w:p>
    <w:p>
      <w:r>
        <w:br w:type="page"/>
      </w:r>
    </w:p>
    <w:p>
      <w:pPr>
        <w:pStyle w:val="Heading1"/>
      </w:pPr>
      <w:r>
        <w:t>Spotify release catalog</w:t>
      </w:r>
    </w:p>
    <w:p>
      <w:r>
        <w:t>Releases observed on the James A. Norkawich and Revelation Rising Spotify artist pages on October 5, 2026. Titles link directly to their Spotify releases. Singles and EPs follow Spotify’s combined category. Availability may vary by region.</w:t>
      </w:r>
    </w:p>
    <w:p>
      <w:pPr>
        <w:pStyle w:val="Heading2"/>
      </w:pPr>
      <w:r>
        <w:t>James A Norkawich albums</w:t>
      </w:r>
    </w:p>
    <w:p>
      <w:pPr>
        <w:spacing w:after="80" w:line="240" w:lineRule="auto"/>
      </w:pPr>
      <w:hyperlink r:id="rId16">
        <w:r>
          <w:rPr>
            <w:sz w:val="20"/>
            <w:color w:val="145A73"/>
          </w:rPr>
          <w:t>Reflections Of The Heart</w:t>
        </w:r>
      </w:hyperlink>
    </w:p>
    <w:p>
      <w:pPr>
        <w:spacing w:after="80" w:line="240" w:lineRule="auto"/>
      </w:pPr>
      <w:hyperlink r:id="rId17">
        <w:r>
          <w:rPr>
            <w:sz w:val="20"/>
            <w:color w:val="145A73"/>
          </w:rPr>
          <w:t>The Way You Look Tonight</w:t>
        </w:r>
      </w:hyperlink>
    </w:p>
    <w:p>
      <w:pPr>
        <w:spacing w:after="80" w:line="240" w:lineRule="auto"/>
      </w:pPr>
      <w:hyperlink r:id="rId18">
        <w:r>
          <w:rPr>
            <w:sz w:val="20"/>
            <w:color w:val="145A73"/>
          </w:rPr>
          <w:t>Songs to Make You Smile</w:t>
        </w:r>
      </w:hyperlink>
    </w:p>
    <w:p>
      <w:pPr>
        <w:spacing w:after="80" w:line="240" w:lineRule="auto"/>
      </w:pPr>
      <w:hyperlink r:id="rId19">
        <w:r>
          <w:rPr>
            <w:sz w:val="20"/>
            <w:color w:val="145A73"/>
          </w:rPr>
          <w:t>Redeemed</w:t>
        </w:r>
      </w:hyperlink>
    </w:p>
    <w:p>
      <w:pPr>
        <w:spacing w:after="80" w:line="240" w:lineRule="auto"/>
      </w:pPr>
      <w:hyperlink r:id="rId20">
        <w:r>
          <w:rPr>
            <w:sz w:val="20"/>
            <w:color w:val="145A73"/>
          </w:rPr>
          <w:t>A Love Like This</w:t>
        </w:r>
      </w:hyperlink>
    </w:p>
    <w:p>
      <w:pPr>
        <w:spacing w:after="80" w:line="240" w:lineRule="auto"/>
      </w:pPr>
      <w:hyperlink r:id="rId21">
        <w:r>
          <w:rPr>
            <w:sz w:val="20"/>
            <w:color w:val="145A73"/>
          </w:rPr>
          <w:t>More Steinway and More Snowflakes</w:t>
        </w:r>
      </w:hyperlink>
    </w:p>
    <w:p>
      <w:pPr>
        <w:spacing w:after="80" w:line="240" w:lineRule="auto"/>
      </w:pPr>
      <w:hyperlink r:id="rId22">
        <w:r>
          <w:rPr>
            <w:sz w:val="20"/>
            <w:color w:val="145A73"/>
          </w:rPr>
          <w:t>A Norkawich Family Christmas</w:t>
        </w:r>
      </w:hyperlink>
    </w:p>
    <w:p>
      <w:pPr>
        <w:spacing w:after="80" w:line="240" w:lineRule="auto"/>
      </w:pPr>
      <w:hyperlink r:id="rId23">
        <w:r>
          <w:rPr>
            <w:sz w:val="20"/>
            <w:color w:val="145A73"/>
          </w:rPr>
          <w:t>Steinway and Snowflakes</w:t>
        </w:r>
      </w:hyperlink>
    </w:p>
    <w:p>
      <w:pPr>
        <w:spacing w:after="80" w:line="240" w:lineRule="auto"/>
      </w:pPr>
      <w:hyperlink r:id="rId24">
        <w:r>
          <w:rPr>
            <w:sz w:val="20"/>
            <w:color w:val="145A73"/>
          </w:rPr>
          <w:t>Christmas Forevermore</w:t>
        </w:r>
      </w:hyperlink>
    </w:p>
    <w:p>
      <w:pPr>
        <w:spacing w:after="80" w:line="240" w:lineRule="auto"/>
      </w:pPr>
      <w:hyperlink r:id="rId25">
        <w:r>
          <w:rPr>
            <w:sz w:val="20"/>
            <w:color w:val="145A73"/>
          </w:rPr>
          <w:t>This Christmas Is Forever</w:t>
        </w:r>
      </w:hyperlink>
    </w:p>
    <w:p>
      <w:pPr>
        <w:spacing w:after="80" w:line="240" w:lineRule="auto"/>
      </w:pPr>
      <w:hyperlink r:id="rId26">
        <w:r>
          <w:rPr>
            <w:sz w:val="20"/>
            <w:color w:val="145A73"/>
          </w:rPr>
          <w:t>Under the Mistletoe Lights</w:t>
        </w:r>
      </w:hyperlink>
    </w:p>
    <w:p>
      <w:pPr>
        <w:spacing w:after="80" w:line="240" w:lineRule="auto"/>
      </w:pPr>
      <w:hyperlink r:id="rId27">
        <w:r>
          <w:rPr>
            <w:sz w:val="20"/>
            <w:color w:val="145A73"/>
          </w:rPr>
          <w:t>Pasión Y Ritmo</w:t>
        </w:r>
      </w:hyperlink>
    </w:p>
    <w:p>
      <w:pPr>
        <w:spacing w:after="80" w:line="240" w:lineRule="auto"/>
      </w:pPr>
      <w:hyperlink r:id="rId28">
        <w:r>
          <w:rPr>
            <w:sz w:val="20"/>
            <w:color w:val="145A73"/>
          </w:rPr>
          <w:t>Just Getting Started</w:t>
        </w:r>
      </w:hyperlink>
    </w:p>
    <w:p>
      <w:pPr>
        <w:spacing w:after="80" w:line="240" w:lineRule="auto"/>
      </w:pPr>
      <w:hyperlink r:id="rId29">
        <w:r>
          <w:rPr>
            <w:sz w:val="20"/>
            <w:color w:val="145A73"/>
          </w:rPr>
          <w:t>Stars and Stripes of the Heart (Original Motion Picture Soundtrack)</w:t>
        </w:r>
      </w:hyperlink>
    </w:p>
    <w:p>
      <w:pPr>
        <w:spacing w:after="80" w:line="240" w:lineRule="auto"/>
      </w:pPr>
      <w:hyperlink r:id="rId30">
        <w:r>
          <w:rPr>
            <w:sz w:val="20"/>
            <w:color w:val="145A73"/>
          </w:rPr>
          <w:t>Keys to the Soul</w:t>
        </w:r>
      </w:hyperlink>
    </w:p>
    <w:p>
      <w:pPr>
        <w:spacing w:after="80" w:line="240" w:lineRule="auto"/>
      </w:pPr>
      <w:hyperlink r:id="rId31">
        <w:r>
          <w:rPr>
            <w:sz w:val="20"/>
            <w:color w:val="145A73"/>
          </w:rPr>
          <w:t>A New Beginning ( The Complete Collection )</w:t>
        </w:r>
      </w:hyperlink>
    </w:p>
    <w:p>
      <w:pPr>
        <w:spacing w:after="80" w:line="240" w:lineRule="auto"/>
      </w:pPr>
      <w:hyperlink r:id="rId32">
        <w:r>
          <w:rPr>
            <w:sz w:val="20"/>
            <w:color w:val="145A73"/>
          </w:rPr>
          <w:t>Christmas Enchantment</w:t>
        </w:r>
      </w:hyperlink>
    </w:p>
    <w:p>
      <w:pPr>
        <w:spacing w:after="80" w:line="240" w:lineRule="auto"/>
      </w:pPr>
      <w:hyperlink r:id="rId33">
        <w:r>
          <w:rPr>
            <w:sz w:val="20"/>
            <w:color w:val="145A73"/>
          </w:rPr>
          <w:t>Hometown Homecoming</w:t>
        </w:r>
      </w:hyperlink>
    </w:p>
    <w:p>
      <w:pPr>
        <w:spacing w:after="80" w:line="240" w:lineRule="auto"/>
      </w:pPr>
      <w:hyperlink r:id="rId34">
        <w:r>
          <w:rPr>
            <w:sz w:val="20"/>
            <w:color w:val="145A73"/>
          </w:rPr>
          <w:t>So Far So Great</w:t>
        </w:r>
      </w:hyperlink>
    </w:p>
    <w:p>
      <w:pPr>
        <w:spacing w:after="80" w:line="240" w:lineRule="auto"/>
      </w:pPr>
      <w:hyperlink r:id="rId35">
        <w:r>
          <w:rPr>
            <w:sz w:val="20"/>
            <w:color w:val="145A73"/>
          </w:rPr>
          <w:t>Lighthouse</w:t>
        </w:r>
      </w:hyperlink>
    </w:p>
    <w:p>
      <w:pPr>
        <w:spacing w:after="80" w:line="240" w:lineRule="auto"/>
      </w:pPr>
      <w:hyperlink r:id="rId36">
        <w:r>
          <w:rPr>
            <w:sz w:val="20"/>
            <w:color w:val="145A73"/>
          </w:rPr>
          <w:t>Christmas By The Seaside</w:t>
        </w:r>
      </w:hyperlink>
    </w:p>
    <w:p>
      <w:pPr>
        <w:spacing w:after="80" w:line="240" w:lineRule="auto"/>
      </w:pPr>
      <w:hyperlink r:id="rId37">
        <w:r>
          <w:rPr>
            <w:sz w:val="20"/>
            <w:color w:val="145A73"/>
          </w:rPr>
          <w:t>Today (Songs From The Great American Songbook, Vol. 2)</w:t>
        </w:r>
      </w:hyperlink>
    </w:p>
    <w:p>
      <w:pPr>
        <w:spacing w:after="80" w:line="240" w:lineRule="auto"/>
      </w:pPr>
      <w:hyperlink r:id="rId38">
        <w:r>
          <w:rPr>
            <w:sz w:val="20"/>
            <w:color w:val="145A73"/>
          </w:rPr>
          <w:t>Yesterday (Songs From The Great American Songbook, Vol. 1)</w:t>
        </w:r>
      </w:hyperlink>
    </w:p>
    <w:p>
      <w:pPr>
        <w:pStyle w:val="Heading2"/>
      </w:pPr>
      <w:r>
        <w:t>James A Norkawich compilation</w:t>
      </w:r>
    </w:p>
    <w:p>
      <w:pPr>
        <w:spacing w:after="80" w:line="240" w:lineRule="auto"/>
      </w:pPr>
      <w:hyperlink r:id="rId39">
        <w:r>
          <w:rPr>
            <w:sz w:val="20"/>
            <w:color w:val="145A73"/>
          </w:rPr>
          <w:t>The Early Years (1989-2001) Big Band &amp; More</w:t>
        </w:r>
      </w:hyperlink>
    </w:p>
    <w:p>
      <w:pPr>
        <w:pStyle w:val="Heading2"/>
      </w:pPr>
      <w:r>
        <w:t>James A Norkawich singles and EPs</w:t>
      </w:r>
    </w:p>
    <w:p>
      <w:pPr>
        <w:spacing w:after="80" w:line="240" w:lineRule="auto"/>
      </w:pPr>
      <w:hyperlink r:id="rId40">
        <w:r>
          <w:rPr>
            <w:sz w:val="20"/>
            <w:color w:val="145A73"/>
          </w:rPr>
          <w:t>Three Songs One Heart</w:t>
        </w:r>
      </w:hyperlink>
    </w:p>
    <w:p>
      <w:pPr>
        <w:spacing w:after="80" w:line="240" w:lineRule="auto"/>
      </w:pPr>
      <w:hyperlink r:id="rId41">
        <w:r>
          <w:rPr>
            <w:sz w:val="20"/>
            <w:color w:val="145A73"/>
          </w:rPr>
          <w:t>Bohemian Rhapsody (cover)</w:t>
        </w:r>
      </w:hyperlink>
    </w:p>
    <w:p>
      <w:pPr>
        <w:spacing w:after="80" w:line="240" w:lineRule="auto"/>
      </w:pPr>
      <w:hyperlink r:id="rId42">
        <w:r>
          <w:rPr>
            <w:sz w:val="20"/>
            <w:color w:val="145A73"/>
          </w:rPr>
          <w:t>Faithfully</w:t>
        </w:r>
      </w:hyperlink>
    </w:p>
    <w:p>
      <w:pPr>
        <w:spacing w:after="80" w:line="240" w:lineRule="auto"/>
      </w:pPr>
      <w:hyperlink r:id="rId43">
        <w:r>
          <w:rPr>
            <w:sz w:val="20"/>
            <w:color w:val="145A73"/>
          </w:rPr>
          <w:t>Praying For Time</w:t>
        </w:r>
      </w:hyperlink>
    </w:p>
    <w:p>
      <w:pPr>
        <w:spacing w:after="80" w:line="240" w:lineRule="auto"/>
      </w:pPr>
      <w:hyperlink r:id="rId44">
        <w:r>
          <w:rPr>
            <w:sz w:val="20"/>
            <w:color w:val="145A73"/>
          </w:rPr>
          <w:t>All The Things You Are</w:t>
        </w:r>
      </w:hyperlink>
    </w:p>
    <w:p>
      <w:pPr>
        <w:spacing w:after="80" w:line="240" w:lineRule="auto"/>
      </w:pPr>
      <w:hyperlink r:id="rId45">
        <w:r>
          <w:rPr>
            <w:sz w:val="20"/>
            <w:color w:val="145A73"/>
          </w:rPr>
          <w:t>Somebody Loves Me</w:t>
        </w:r>
      </w:hyperlink>
    </w:p>
    <w:p>
      <w:pPr>
        <w:spacing w:after="80" w:line="240" w:lineRule="auto"/>
      </w:pPr>
      <w:hyperlink r:id="rId46">
        <w:r>
          <w:rPr>
            <w:sz w:val="20"/>
            <w:color w:val="145A73"/>
          </w:rPr>
          <w:t>Maneater</w:t>
        </w:r>
      </w:hyperlink>
    </w:p>
    <w:p>
      <w:pPr>
        <w:spacing w:after="80" w:line="240" w:lineRule="auto"/>
      </w:pPr>
      <w:hyperlink r:id="rId47">
        <w:r>
          <w:rPr>
            <w:sz w:val="20"/>
            <w:color w:val="145A73"/>
          </w:rPr>
          <w:t>Die With A Smile (cover)</w:t>
        </w:r>
      </w:hyperlink>
    </w:p>
    <w:p>
      <w:pPr>
        <w:spacing w:after="80" w:line="240" w:lineRule="auto"/>
      </w:pPr>
      <w:hyperlink r:id="rId48">
        <w:r>
          <w:rPr>
            <w:sz w:val="20"/>
            <w:color w:val="145A73"/>
          </w:rPr>
          <w:t>The Piano Man</w:t>
        </w:r>
      </w:hyperlink>
    </w:p>
    <w:p>
      <w:pPr>
        <w:spacing w:after="80" w:line="240" w:lineRule="auto"/>
      </w:pPr>
      <w:hyperlink r:id="rId49">
        <w:r>
          <w:rPr>
            <w:sz w:val="20"/>
            <w:color w:val="145A73"/>
          </w:rPr>
          <w:t>Close to You</w:t>
        </w:r>
      </w:hyperlink>
    </w:p>
    <w:p>
      <w:pPr>
        <w:spacing w:after="80" w:line="240" w:lineRule="auto"/>
      </w:pPr>
      <w:hyperlink r:id="rId50">
        <w:r>
          <w:rPr>
            <w:sz w:val="20"/>
            <w:color w:val="145A73"/>
          </w:rPr>
          <w:t>Whitney</w:t>
        </w:r>
      </w:hyperlink>
    </w:p>
    <w:p>
      <w:pPr>
        <w:spacing w:after="80" w:line="240" w:lineRule="auto"/>
      </w:pPr>
      <w:hyperlink r:id="rId51">
        <w:r>
          <w:rPr>
            <w:sz w:val="20"/>
            <w:color w:val="145A73"/>
          </w:rPr>
          <w:t>Can't Help Falling in Love</w:t>
        </w:r>
      </w:hyperlink>
    </w:p>
    <w:p>
      <w:pPr>
        <w:spacing w:after="80" w:line="240" w:lineRule="auto"/>
      </w:pPr>
      <w:hyperlink r:id="rId52">
        <w:r>
          <w:rPr>
            <w:sz w:val="20"/>
            <w:color w:val="145A73"/>
          </w:rPr>
          <w:t>What a Wonderful World</w:t>
        </w:r>
      </w:hyperlink>
    </w:p>
    <w:p>
      <w:pPr>
        <w:spacing w:after="80" w:line="240" w:lineRule="auto"/>
      </w:pPr>
      <w:hyperlink r:id="rId53">
        <w:r>
          <w:rPr>
            <w:sz w:val="20"/>
            <w:color w:val="145A73"/>
          </w:rPr>
          <w:t>Piano Man</w:t>
        </w:r>
      </w:hyperlink>
    </w:p>
    <w:p>
      <w:pPr>
        <w:spacing w:after="80" w:line="240" w:lineRule="auto"/>
      </w:pPr>
      <w:hyperlink r:id="rId54">
        <w:r>
          <w:rPr>
            <w:sz w:val="20"/>
            <w:color w:val="145A73"/>
          </w:rPr>
          <w:t>Can You Read My Mind</w:t>
        </w:r>
      </w:hyperlink>
    </w:p>
    <w:p>
      <w:pPr>
        <w:spacing w:after="80" w:line="240" w:lineRule="auto"/>
      </w:pPr>
      <w:hyperlink r:id="rId55">
        <w:r>
          <w:rPr>
            <w:sz w:val="20"/>
            <w:color w:val="145A73"/>
          </w:rPr>
          <w:t>The Way We Were</w:t>
        </w:r>
      </w:hyperlink>
    </w:p>
    <w:p>
      <w:pPr>
        <w:spacing w:after="80" w:line="240" w:lineRule="auto"/>
      </w:pPr>
      <w:hyperlink r:id="rId56">
        <w:r>
          <w:rPr>
            <w:sz w:val="20"/>
            <w:color w:val="145A73"/>
          </w:rPr>
          <w:t>What I Did for Love</w:t>
        </w:r>
      </w:hyperlink>
    </w:p>
    <w:p>
      <w:pPr>
        <w:spacing w:after="80" w:line="240" w:lineRule="auto"/>
      </w:pPr>
      <w:hyperlink r:id="rId57">
        <w:r>
          <w:rPr>
            <w:sz w:val="20"/>
            <w:color w:val="145A73"/>
          </w:rPr>
          <w:t>Hello Again</w:t>
        </w:r>
      </w:hyperlink>
    </w:p>
    <w:p>
      <w:pPr>
        <w:spacing w:after="80" w:line="240" w:lineRule="auto"/>
      </w:pPr>
      <w:hyperlink r:id="rId58">
        <w:r>
          <w:rPr>
            <w:sz w:val="20"/>
            <w:color w:val="145A73"/>
          </w:rPr>
          <w:t>Memphis Underground</w:t>
        </w:r>
      </w:hyperlink>
    </w:p>
    <w:p>
      <w:pPr>
        <w:spacing w:after="80" w:line="240" w:lineRule="auto"/>
      </w:pPr>
      <w:hyperlink r:id="rId59">
        <w:r>
          <w:rPr>
            <w:sz w:val="20"/>
            <w:color w:val="145A73"/>
          </w:rPr>
          <w:t>If I Can Dream (Cover)</w:t>
        </w:r>
      </w:hyperlink>
    </w:p>
    <w:p>
      <w:pPr>
        <w:spacing w:after="80" w:line="240" w:lineRule="auto"/>
      </w:pPr>
      <w:hyperlink r:id="rId60">
        <w:r>
          <w:rPr>
            <w:sz w:val="20"/>
            <w:color w:val="145A73"/>
          </w:rPr>
          <w:t>Innocent Angel</w:t>
        </w:r>
      </w:hyperlink>
    </w:p>
    <w:p>
      <w:pPr>
        <w:spacing w:after="80" w:line="240" w:lineRule="auto"/>
      </w:pPr>
      <w:hyperlink r:id="rId61">
        <w:r>
          <w:rPr>
            <w:sz w:val="20"/>
            <w:color w:val="145A73"/>
          </w:rPr>
          <w:t>Remember Me</w:t>
        </w:r>
      </w:hyperlink>
    </w:p>
    <w:p>
      <w:pPr>
        <w:spacing w:after="80" w:line="240" w:lineRule="auto"/>
      </w:pPr>
      <w:hyperlink r:id="rId62">
        <w:r>
          <w:rPr>
            <w:sz w:val="20"/>
            <w:color w:val="145A73"/>
          </w:rPr>
          <w:t>Along The Way (Tribute to Jay Piccirillo)</w:t>
        </w:r>
      </w:hyperlink>
    </w:p>
    <w:p>
      <w:pPr>
        <w:spacing w:after="80" w:line="240" w:lineRule="auto"/>
      </w:pPr>
      <w:hyperlink r:id="rId63">
        <w:r>
          <w:rPr>
            <w:sz w:val="20"/>
            <w:color w:val="145A73"/>
          </w:rPr>
          <w:t>Stronger Than the Storm</w:t>
        </w:r>
      </w:hyperlink>
    </w:p>
    <w:p>
      <w:pPr>
        <w:spacing w:after="80" w:line="240" w:lineRule="auto"/>
      </w:pPr>
      <w:hyperlink r:id="rId64">
        <w:r>
          <w:rPr>
            <w:sz w:val="20"/>
            <w:color w:val="145A73"/>
          </w:rPr>
          <w:t>Always Be My Dad</w:t>
        </w:r>
      </w:hyperlink>
    </w:p>
    <w:p>
      <w:pPr>
        <w:spacing w:after="80" w:line="240" w:lineRule="auto"/>
      </w:pPr>
      <w:hyperlink r:id="rId65">
        <w:r>
          <w:rPr>
            <w:sz w:val="20"/>
            <w:color w:val="145A73"/>
          </w:rPr>
          <w:t>City of Angels</w:t>
        </w:r>
      </w:hyperlink>
    </w:p>
    <w:p>
      <w:pPr>
        <w:spacing w:after="80" w:line="240" w:lineRule="auto"/>
      </w:pPr>
      <w:hyperlink r:id="rId66">
        <w:r>
          <w:rPr>
            <w:sz w:val="20"/>
            <w:color w:val="145A73"/>
          </w:rPr>
          <w:t>Fight Fight Fight !</w:t>
        </w:r>
      </w:hyperlink>
    </w:p>
    <w:p>
      <w:pPr>
        <w:spacing w:after="80" w:line="240" w:lineRule="auto"/>
      </w:pPr>
      <w:hyperlink r:id="rId67">
        <w:r>
          <w:rPr>
            <w:sz w:val="20"/>
            <w:color w:val="145A73"/>
          </w:rPr>
          <w:t>People Get Ready (2024) [Tribute To Dad]</w:t>
        </w:r>
      </w:hyperlink>
    </w:p>
    <w:p>
      <w:pPr>
        <w:spacing w:after="80" w:line="240" w:lineRule="auto"/>
      </w:pPr>
      <w:hyperlink r:id="rId68">
        <w:r>
          <w:rPr>
            <w:sz w:val="20"/>
            <w:color w:val="145A73"/>
          </w:rPr>
          <w:t>The Rainbow Connection (Dedicated To Bobby 2023)</w:t>
        </w:r>
      </w:hyperlink>
    </w:p>
    <w:p>
      <w:pPr>
        <w:spacing w:after="80" w:line="240" w:lineRule="auto"/>
      </w:pPr>
      <w:hyperlink r:id="rId69">
        <w:r>
          <w:rPr>
            <w:sz w:val="20"/>
            <w:color w:val="145A73"/>
          </w:rPr>
          <w:t>If You Love Her (Mrs.Connecticut American 2023 - Mix)</w:t>
        </w:r>
      </w:hyperlink>
    </w:p>
    <w:p>
      <w:pPr>
        <w:spacing w:after="80" w:line="240" w:lineRule="auto"/>
      </w:pPr>
      <w:hyperlink r:id="rId70">
        <w:r>
          <w:rPr>
            <w:sz w:val="20"/>
            <w:color w:val="145A73"/>
          </w:rPr>
          <w:t>How Great Thou Art [Special Version ( For Elizabeth)]</w:t>
        </w:r>
      </w:hyperlink>
    </w:p>
    <w:p>
      <w:pPr>
        <w:spacing w:after="80" w:line="240" w:lineRule="auto"/>
      </w:pPr>
      <w:hyperlink r:id="rId71">
        <w:r>
          <w:rPr>
            <w:sz w:val="20"/>
            <w:color w:val="145A73"/>
          </w:rPr>
          <w:t>Summertime (Radio Edit)</w:t>
        </w:r>
      </w:hyperlink>
    </w:p>
    <w:p>
      <w:pPr>
        <w:spacing w:after="80" w:line="240" w:lineRule="auto"/>
      </w:pPr>
      <w:hyperlink r:id="rId72">
        <w:r>
          <w:rPr>
            <w:sz w:val="20"/>
            <w:color w:val="145A73"/>
          </w:rPr>
          <w:t>My Foolish Heart (Spring Mix)</w:t>
        </w:r>
      </w:hyperlink>
    </w:p>
    <w:p>
      <w:pPr>
        <w:spacing w:after="80" w:line="240" w:lineRule="auto"/>
      </w:pPr>
      <w:hyperlink r:id="rId73">
        <w:r>
          <w:rPr>
            <w:sz w:val="20"/>
            <w:color w:val="145A73"/>
          </w:rPr>
          <w:t>Caldwell</w:t>
        </w:r>
      </w:hyperlink>
    </w:p>
    <w:p>
      <w:pPr>
        <w:spacing w:after="80" w:line="240" w:lineRule="auto"/>
      </w:pPr>
      <w:hyperlink r:id="rId74">
        <w:r>
          <w:rPr>
            <w:sz w:val="20"/>
            <w:color w:val="145A73"/>
          </w:rPr>
          <w:t>Night &amp; Day</w:t>
        </w:r>
      </w:hyperlink>
    </w:p>
    <w:p>
      <w:pPr>
        <w:spacing w:after="80" w:line="240" w:lineRule="auto"/>
      </w:pPr>
      <w:hyperlink r:id="rId75">
        <w:r>
          <w:rPr>
            <w:sz w:val="20"/>
            <w:color w:val="145A73"/>
          </w:rPr>
          <w:t>Alfie</w:t>
        </w:r>
      </w:hyperlink>
    </w:p>
    <w:p>
      <w:pPr>
        <w:spacing w:after="80" w:line="240" w:lineRule="auto"/>
      </w:pPr>
      <w:hyperlink r:id="rId76">
        <w:r>
          <w:rPr>
            <w:sz w:val="20"/>
            <w:color w:val="145A73"/>
          </w:rPr>
          <w:t>My Funny Valentine (Valentines Day 2023)</w:t>
        </w:r>
      </w:hyperlink>
    </w:p>
    <w:p>
      <w:pPr>
        <w:spacing w:after="80" w:line="240" w:lineRule="auto"/>
      </w:pPr>
      <w:hyperlink r:id="rId77">
        <w:r>
          <w:rPr>
            <w:sz w:val="20"/>
            <w:color w:val="145A73"/>
          </w:rPr>
          <w:t>You Amaze Me</w:t>
        </w:r>
      </w:hyperlink>
    </w:p>
    <w:p>
      <w:pPr>
        <w:spacing w:after="80" w:line="240" w:lineRule="auto"/>
      </w:pPr>
      <w:hyperlink r:id="rId78">
        <w:r>
          <w:rPr>
            <w:sz w:val="20"/>
            <w:color w:val="145A73"/>
          </w:rPr>
          <w:t>Hallelujah (Ukraine Freedom Mix)</w:t>
        </w:r>
      </w:hyperlink>
    </w:p>
    <w:p>
      <w:pPr>
        <w:spacing w:after="80" w:line="240" w:lineRule="auto"/>
      </w:pPr>
      <w:hyperlink r:id="rId79">
        <w:r>
          <w:rPr>
            <w:sz w:val="20"/>
            <w:color w:val="145A73"/>
          </w:rPr>
          <w:t>Dad's Little Red Truck (Tribute To My Dad)</w:t>
        </w:r>
      </w:hyperlink>
    </w:p>
    <w:p>
      <w:pPr>
        <w:spacing w:after="80" w:line="240" w:lineRule="auto"/>
      </w:pPr>
      <w:hyperlink r:id="rId80">
        <w:r>
          <w:rPr>
            <w:sz w:val="20"/>
            <w:color w:val="145A73"/>
          </w:rPr>
          <w:t>Silent Night (Christmas 2022 Mix)</w:t>
        </w:r>
      </w:hyperlink>
    </w:p>
    <w:p>
      <w:pPr>
        <w:spacing w:after="80" w:line="240" w:lineRule="auto"/>
      </w:pPr>
      <w:hyperlink r:id="rId81">
        <w:r>
          <w:rPr>
            <w:sz w:val="20"/>
            <w:color w:val="145A73"/>
          </w:rPr>
          <w:t>Merry Christmas To You</w:t>
        </w:r>
      </w:hyperlink>
    </w:p>
    <w:p>
      <w:pPr>
        <w:spacing w:after="80" w:line="240" w:lineRule="auto"/>
      </w:pPr>
      <w:hyperlink r:id="rId82">
        <w:r>
          <w:rPr>
            <w:sz w:val="20"/>
            <w:color w:val="145A73"/>
          </w:rPr>
          <w:t>Another Christmas with You Gone</w:t>
        </w:r>
      </w:hyperlink>
    </w:p>
    <w:p>
      <w:pPr>
        <w:spacing w:after="80" w:line="240" w:lineRule="auto"/>
      </w:pPr>
      <w:hyperlink r:id="rId83">
        <w:r>
          <w:rPr>
            <w:sz w:val="20"/>
            <w:color w:val="145A73"/>
          </w:rPr>
          <w:t>You'll Be In My Heart</w:t>
        </w:r>
      </w:hyperlink>
    </w:p>
    <w:p>
      <w:pPr>
        <w:spacing w:after="80" w:line="240" w:lineRule="auto"/>
      </w:pPr>
      <w:hyperlink r:id="rId84">
        <w:r>
          <w:rPr>
            <w:sz w:val="20"/>
            <w:color w:val="145A73"/>
          </w:rPr>
          <w:t>Ballade No.1 in G minor, Op23</w:t>
        </w:r>
      </w:hyperlink>
    </w:p>
    <w:p>
      <w:pPr>
        <w:spacing w:after="80" w:line="240" w:lineRule="auto"/>
      </w:pPr>
      <w:hyperlink r:id="rId85">
        <w:r>
          <w:rPr>
            <w:sz w:val="20"/>
            <w:color w:val="145A73"/>
          </w:rPr>
          <w:t>You and I</w:t>
        </w:r>
      </w:hyperlink>
    </w:p>
    <w:p>
      <w:pPr>
        <w:spacing w:after="80" w:line="240" w:lineRule="auto"/>
      </w:pPr>
      <w:hyperlink r:id="rId86">
        <w:r>
          <w:rPr>
            <w:sz w:val="20"/>
            <w:color w:val="145A73"/>
          </w:rPr>
          <w:t>Toccata and Fugue in D Minor</w:t>
        </w:r>
      </w:hyperlink>
    </w:p>
    <w:p>
      <w:pPr>
        <w:spacing w:after="80" w:line="240" w:lineRule="auto"/>
      </w:pPr>
      <w:hyperlink r:id="rId87">
        <w:r>
          <w:rPr>
            <w:sz w:val="20"/>
            <w:color w:val="145A73"/>
          </w:rPr>
          <w:t>Tribute To A Soldier (Everything I Do (I Do It For You)</w:t>
        </w:r>
      </w:hyperlink>
    </w:p>
    <w:p>
      <w:pPr>
        <w:spacing w:after="80" w:line="240" w:lineRule="auto"/>
      </w:pPr>
      <w:hyperlink r:id="rId88">
        <w:r>
          <w:rPr>
            <w:sz w:val="20"/>
            <w:color w:val="145A73"/>
          </w:rPr>
          <w:t>Classical Elements, Vol. 2</w:t>
        </w:r>
      </w:hyperlink>
    </w:p>
    <w:p>
      <w:pPr>
        <w:spacing w:after="80" w:line="240" w:lineRule="auto"/>
      </w:pPr>
      <w:hyperlink r:id="rId89">
        <w:r>
          <w:rPr>
            <w:sz w:val="20"/>
            <w:color w:val="145A73"/>
          </w:rPr>
          <w:t>What A Beautiful Name</w:t>
        </w:r>
      </w:hyperlink>
    </w:p>
    <w:p>
      <w:pPr>
        <w:spacing w:after="80" w:line="240" w:lineRule="auto"/>
      </w:pPr>
      <w:hyperlink r:id="rId90">
        <w:r>
          <w:rPr>
            <w:sz w:val="20"/>
            <w:color w:val="145A73"/>
          </w:rPr>
          <w:t>Elton</w:t>
        </w:r>
      </w:hyperlink>
    </w:p>
    <w:p>
      <w:pPr>
        <w:spacing w:after="80" w:line="240" w:lineRule="auto"/>
      </w:pPr>
      <w:hyperlink r:id="rId91">
        <w:r>
          <w:rPr>
            <w:sz w:val="20"/>
            <w:color w:val="145A73"/>
          </w:rPr>
          <w:t>God Save The Queen</w:t>
        </w:r>
      </w:hyperlink>
    </w:p>
    <w:p>
      <w:pPr>
        <w:spacing w:after="80" w:line="240" w:lineRule="auto"/>
      </w:pPr>
      <w:hyperlink r:id="rId92">
        <w:r>
          <w:rPr>
            <w:sz w:val="20"/>
            <w:color w:val="145A73"/>
          </w:rPr>
          <w:t>Manipulation</w:t>
        </w:r>
      </w:hyperlink>
    </w:p>
    <w:p>
      <w:pPr>
        <w:spacing w:after="80" w:line="240" w:lineRule="auto"/>
      </w:pPr>
      <w:hyperlink r:id="rId93">
        <w:r>
          <w:rPr>
            <w:sz w:val="20"/>
            <w:color w:val="145A73"/>
          </w:rPr>
          <w:t>The Immortal Sounds Of Elvis</w:t>
        </w:r>
      </w:hyperlink>
    </w:p>
    <w:p>
      <w:pPr>
        <w:spacing w:after="80" w:line="240" w:lineRule="auto"/>
      </w:pPr>
      <w:hyperlink r:id="rId94">
        <w:r>
          <w:rPr>
            <w:sz w:val="20"/>
            <w:color w:val="145A73"/>
          </w:rPr>
          <w:t>50 Shades Of Grey (50 Shades 2022 Mix)</w:t>
        </w:r>
      </w:hyperlink>
    </w:p>
    <w:p>
      <w:pPr>
        <w:spacing w:after="80" w:line="240" w:lineRule="auto"/>
      </w:pPr>
      <w:hyperlink r:id="rId95">
        <w:r>
          <w:rPr>
            <w:sz w:val="20"/>
            <w:color w:val="145A73"/>
          </w:rPr>
          <w:t>Mathis &amp; The Hits</w:t>
        </w:r>
      </w:hyperlink>
    </w:p>
    <w:p>
      <w:pPr>
        <w:spacing w:after="80" w:line="240" w:lineRule="auto"/>
      </w:pPr>
      <w:hyperlink r:id="rId96">
        <w:r>
          <w:rPr>
            <w:sz w:val="20"/>
            <w:color w:val="145A73"/>
          </w:rPr>
          <w:t>Simply Barry</w:t>
        </w:r>
      </w:hyperlink>
    </w:p>
    <w:p>
      <w:pPr>
        <w:spacing w:after="80" w:line="240" w:lineRule="auto"/>
      </w:pPr>
      <w:hyperlink r:id="rId97">
        <w:r>
          <w:rPr>
            <w:sz w:val="20"/>
            <w:color w:val="145A73"/>
          </w:rPr>
          <w:t>A Tribute To Billy Joel</w:t>
        </w:r>
      </w:hyperlink>
    </w:p>
    <w:p>
      <w:pPr>
        <w:spacing w:after="80" w:line="240" w:lineRule="auto"/>
      </w:pPr>
      <w:hyperlink r:id="rId98">
        <w:r>
          <w:rPr>
            <w:sz w:val="20"/>
            <w:color w:val="145A73"/>
          </w:rPr>
          <w:t>Moving Forward</w:t>
        </w:r>
      </w:hyperlink>
    </w:p>
    <w:p>
      <w:pPr>
        <w:spacing w:after="80" w:line="240" w:lineRule="auto"/>
      </w:pPr>
      <w:hyperlink r:id="rId99">
        <w:r>
          <w:rPr>
            <w:sz w:val="20"/>
            <w:color w:val="145A73"/>
          </w:rPr>
          <w:t>Songs Of Worship 2022</w:t>
        </w:r>
      </w:hyperlink>
    </w:p>
    <w:p>
      <w:pPr>
        <w:spacing w:after="80" w:line="240" w:lineRule="auto"/>
      </w:pPr>
      <w:hyperlink r:id="rId100">
        <w:r>
          <w:rPr>
            <w:sz w:val="20"/>
            <w:color w:val="145A73"/>
          </w:rPr>
          <w:t>Classical Elements (Classical Elements Mix)</w:t>
        </w:r>
      </w:hyperlink>
    </w:p>
    <w:p>
      <w:pPr>
        <w:spacing w:after="80" w:line="240" w:lineRule="auto"/>
      </w:pPr>
      <w:hyperlink r:id="rId101">
        <w:r>
          <w:rPr>
            <w:sz w:val="20"/>
            <w:color w:val="145A73"/>
          </w:rPr>
          <w:t>Hopelessly Devoted To You</w:t>
        </w:r>
      </w:hyperlink>
    </w:p>
    <w:p>
      <w:pPr>
        <w:spacing w:after="80" w:line="240" w:lineRule="auto"/>
      </w:pPr>
      <w:hyperlink r:id="rId102">
        <w:r>
          <w:rPr>
            <w:sz w:val="20"/>
            <w:color w:val="145A73"/>
          </w:rPr>
          <w:t>Volare (Jazz Tribute Version)</w:t>
        </w:r>
      </w:hyperlink>
    </w:p>
    <w:p>
      <w:pPr>
        <w:spacing w:after="80" w:line="240" w:lineRule="auto"/>
      </w:pPr>
      <w:hyperlink r:id="rId103">
        <w:r>
          <w:rPr>
            <w:sz w:val="20"/>
            <w:color w:val="145A73"/>
          </w:rPr>
          <w:t>After All (Piano Instrumental)</w:t>
        </w:r>
      </w:hyperlink>
    </w:p>
    <w:p>
      <w:pPr>
        <w:spacing w:after="80" w:line="240" w:lineRule="auto"/>
      </w:pPr>
      <w:hyperlink r:id="rId104">
        <w:r>
          <w:rPr>
            <w:sz w:val="20"/>
            <w:color w:val="145A73"/>
          </w:rPr>
          <w:t>Through The Years (Radio Edit)</w:t>
        </w:r>
      </w:hyperlink>
    </w:p>
    <w:p>
      <w:pPr>
        <w:spacing w:after="80" w:line="240" w:lineRule="auto"/>
      </w:pPr>
      <w:hyperlink r:id="rId105">
        <w:r>
          <w:rPr>
            <w:sz w:val="20"/>
            <w:color w:val="145A73"/>
          </w:rPr>
          <w:t>Kissing A Fool (Radio Edit)</w:t>
        </w:r>
      </w:hyperlink>
    </w:p>
    <w:p>
      <w:pPr>
        <w:spacing w:after="80" w:line="240" w:lineRule="auto"/>
      </w:pPr>
      <w:hyperlink r:id="rId106">
        <w:r>
          <w:rPr>
            <w:sz w:val="20"/>
            <w:color w:val="145A73"/>
          </w:rPr>
          <w:t>Elaine's Song</w:t>
        </w:r>
      </w:hyperlink>
    </w:p>
    <w:p>
      <w:pPr>
        <w:spacing w:after="80" w:line="240" w:lineRule="auto"/>
      </w:pPr>
      <w:hyperlink r:id="rId107">
        <w:r>
          <w:rPr>
            <w:sz w:val="20"/>
            <w:color w:val="145A73"/>
          </w:rPr>
          <w:t>Have I Told You Lately That I Love You ?</w:t>
        </w:r>
      </w:hyperlink>
    </w:p>
    <w:p>
      <w:pPr>
        <w:spacing w:after="80" w:line="240" w:lineRule="auto"/>
      </w:pPr>
      <w:hyperlink r:id="rId108">
        <w:r>
          <w:rPr>
            <w:sz w:val="20"/>
            <w:color w:val="145A73"/>
          </w:rPr>
          <w:t>Till There Was You (From The Music Man)</w:t>
        </w:r>
      </w:hyperlink>
    </w:p>
    <w:p>
      <w:pPr>
        <w:spacing w:after="80" w:line="240" w:lineRule="auto"/>
      </w:pPr>
      <w:hyperlink r:id="rId109">
        <w:r>
          <w:rPr>
            <w:sz w:val="20"/>
            <w:color w:val="145A73"/>
          </w:rPr>
          <w:t>The Old Rugged Cross</w:t>
        </w:r>
      </w:hyperlink>
    </w:p>
    <w:p>
      <w:pPr>
        <w:spacing w:after="80" w:line="240" w:lineRule="auto"/>
      </w:pPr>
      <w:hyperlink r:id="rId110">
        <w:r>
          <w:rPr>
            <w:sz w:val="20"/>
            <w:color w:val="145A73"/>
          </w:rPr>
          <w:t>All By Myself</w:t>
        </w:r>
      </w:hyperlink>
    </w:p>
    <w:p>
      <w:pPr>
        <w:spacing w:after="80" w:line="240" w:lineRule="auto"/>
      </w:pPr>
      <w:hyperlink r:id="rId111">
        <w:r>
          <w:rPr>
            <w:sz w:val="20"/>
            <w:color w:val="145A73"/>
          </w:rPr>
          <w:t>Look What You've Done To Me</w:t>
        </w:r>
      </w:hyperlink>
    </w:p>
    <w:p>
      <w:pPr>
        <w:spacing w:after="80" w:line="240" w:lineRule="auto"/>
      </w:pPr>
      <w:hyperlink r:id="rId112">
        <w:r>
          <w:rPr>
            <w:sz w:val="20"/>
            <w:color w:val="145A73"/>
          </w:rPr>
          <w:t>Regional Center For The Arts Concert (Full Concert) [Regina A. Quick Center April 3, 1992]</w:t>
        </w:r>
      </w:hyperlink>
    </w:p>
    <w:p>
      <w:pPr>
        <w:spacing w:after="80" w:line="240" w:lineRule="auto"/>
      </w:pPr>
      <w:hyperlink r:id="rId113">
        <w:r>
          <w:rPr>
            <w:sz w:val="20"/>
            <w:color w:val="145A73"/>
          </w:rPr>
          <w:t>After All (Theme From Chances Are)</w:t>
        </w:r>
      </w:hyperlink>
    </w:p>
    <w:p>
      <w:pPr>
        <w:spacing w:after="80" w:line="240" w:lineRule="auto"/>
      </w:pPr>
      <w:hyperlink r:id="rId114">
        <w:r>
          <w:rPr>
            <w:sz w:val="20"/>
            <w:color w:val="145A73"/>
          </w:rPr>
          <w:t>I'll Never Know</w:t>
        </w:r>
      </w:hyperlink>
    </w:p>
    <w:p>
      <w:pPr>
        <w:spacing w:after="80" w:line="240" w:lineRule="auto"/>
      </w:pPr>
      <w:hyperlink r:id="rId115">
        <w:r>
          <w:rPr>
            <w:sz w:val="20"/>
            <w:color w:val="145A73"/>
          </w:rPr>
          <w:t>How Great Is Our God</w:t>
        </w:r>
      </w:hyperlink>
    </w:p>
    <w:p>
      <w:pPr>
        <w:pStyle w:val="Heading2"/>
      </w:pPr>
      <w:r>
        <w:t>Revelation Rising albums</w:t>
      </w:r>
    </w:p>
    <w:p>
      <w:pPr>
        <w:spacing w:after="80" w:line="240" w:lineRule="auto"/>
      </w:pPr>
      <w:hyperlink r:id="rId116">
        <w:r>
          <w:rPr>
            <w:sz w:val="20"/>
            <w:color w:val="145A73"/>
          </w:rPr>
          <w:t>After The Storm</w:t>
        </w:r>
      </w:hyperlink>
    </w:p>
    <w:p>
      <w:pPr>
        <w:spacing w:after="80" w:line="240" w:lineRule="auto"/>
      </w:pPr>
      <w:hyperlink r:id="rId117">
        <w:r>
          <w:rPr>
            <w:sz w:val="20"/>
            <w:color w:val="145A73"/>
          </w:rPr>
          <w:t>Before The Light</w:t>
        </w:r>
      </w:hyperlink>
    </w:p>
    <w:p>
      <w:pPr>
        <w:spacing w:after="80" w:line="240" w:lineRule="auto"/>
      </w:pPr>
      <w:hyperlink r:id="rId118">
        <w:r>
          <w:rPr>
            <w:sz w:val="20"/>
            <w:color w:val="145A73"/>
          </w:rPr>
          <w:t>All Things Made New</w:t>
        </w:r>
      </w:hyperlink>
    </w:p>
    <w:p>
      <w:pPr>
        <w:spacing w:after="80" w:line="240" w:lineRule="auto"/>
      </w:pPr>
      <w:hyperlink r:id="rId119">
        <w:r>
          <w:rPr>
            <w:sz w:val="20"/>
            <w:color w:val="145A73"/>
          </w:rPr>
          <w:t>Unbreakable Hearts</w:t>
        </w:r>
      </w:hyperlink>
    </w:p>
    <w:p>
      <w:pPr>
        <w:pStyle w:val="Heading2"/>
      </w:pPr>
      <w:r>
        <w:t>Revelation Rising singles</w:t>
      </w:r>
    </w:p>
    <w:p>
      <w:pPr>
        <w:spacing w:after="80" w:line="240" w:lineRule="auto"/>
      </w:pPr>
      <w:hyperlink r:id="rId120">
        <w:r>
          <w:rPr>
            <w:sz w:val="20"/>
            <w:color w:val="145A73"/>
          </w:rPr>
          <w:t>Ill Be Here When You Return</w:t>
        </w:r>
      </w:hyperlink>
    </w:p>
    <w:p>
      <w:pPr>
        <w:spacing w:after="80" w:line="240" w:lineRule="auto"/>
      </w:pPr>
      <w:hyperlink r:id="rId121">
        <w:r>
          <w:rPr>
            <w:sz w:val="20"/>
            <w:color w:val="145A73"/>
          </w:rPr>
          <w:t>I Need You More Than Words Can Say</w:t>
        </w:r>
      </w:hyperlink>
    </w:p>
    <w:p>
      <w:pPr>
        <w:spacing w:after="80" w:line="240" w:lineRule="auto"/>
      </w:pPr>
      <w:hyperlink r:id="rId122">
        <w:r>
          <w:rPr>
            <w:sz w:val="20"/>
            <w:color w:val="145A73"/>
          </w:rPr>
          <w:t>Till We Meet Again (Dedicated to Charlie Winthal)</w:t>
        </w:r>
      </w:hyperlink>
    </w:p>
    <w:p>
      <w:pPr>
        <w:spacing w:after="80" w:line="240" w:lineRule="auto"/>
      </w:pPr>
      <w:hyperlink r:id="rId123">
        <w:r>
          <w:rPr>
            <w:sz w:val="20"/>
            <w:color w:val="145A73"/>
          </w:rPr>
          <w:t>If Christmas Lights the Way</w:t>
        </w:r>
      </w:hyperlink>
    </w:p>
    <w:p>
      <w:r>
        <w:br w:type="page"/>
      </w:r>
    </w:p>
    <w:p>
      <w:pPr>
        <w:pStyle w:val="Heading1"/>
      </w:pPr>
      <w:r>
        <w:t>Television, podcasts and radio</w:t>
      </w:r>
    </w:p>
    <w:p>
      <w:pPr>
        <w:pStyle w:val="Heading2"/>
      </w:pPr>
      <w:r>
        <w:t>Film and television placement</w:t>
      </w:r>
    </w:p>
    <w:p>
      <w:pPr>
        <w:spacing w:after="120"/>
      </w:pPr>
      <w:r>
        <w:t>The Man I Love — James A. Norkawich’s recording featured in The Assassination of Gianni Versace: American Crime Story, Season 2, Episode 9. Placement confirmed by the artist.</w:t>
      </w:r>
    </w:p>
    <w:p>
      <w:pPr>
        <w:pStyle w:val="Heading2"/>
      </w:pPr>
      <w:r>
        <w:t>Television interview</w:t>
      </w:r>
    </w:p>
    <w:p>
      <w:pPr>
        <w:spacing w:after="120"/>
      </w:pPr>
      <w:hyperlink r:id="rId125">
        <w:r>
          <w:t>The AM Show — ULFN — August 7, 2025</w:t>
        </w:r>
      </w:hyperlink>
    </w:p>
    <w:p>
      <w:pPr>
        <w:spacing w:after="120"/>
      </w:pPr>
      <w:r>
        <w:t>A conversation about his musical journey, recordings, education and faith.</w:t>
      </w:r>
    </w:p>
    <w:p>
      <w:pPr>
        <w:pStyle w:val="Heading2"/>
      </w:pPr>
      <w:r>
        <w:t>Podcast interviews</w:t>
      </w:r>
    </w:p>
    <w:p>
      <w:pPr>
        <w:spacing w:after="120"/>
      </w:pPr>
      <w:hyperlink r:id="rId126">
        <w:r>
          <w:t>ONSTAGE Podcast — Episode 47 — Multi-Instrumentalist James A. Norkawich</w:t>
        </w:r>
      </w:hyperlink>
    </w:p>
    <w:p>
      <w:pPr>
        <w:spacing w:after="120"/>
      </w:pPr>
      <w:hyperlink r:id="rId127">
        <w:r>
          <w:t>The Above the Bar Podcast — How To Become A Musician — September 26, 2024</w:t>
        </w:r>
      </w:hyperlink>
    </w:p>
    <w:p>
      <w:pPr>
        <w:spacing w:after="120"/>
      </w:pPr>
      <w:hyperlink r:id="rId128">
        <w:r>
          <w:t>The Mike Wagner Show — James A. Norkawich — February 26, 2024</w:t>
        </w:r>
      </w:hyperlink>
    </w:p>
    <w:p>
      <w:pPr>
        <w:spacing w:after="120"/>
      </w:pPr>
      <w:hyperlink r:id="rId129">
        <w:r>
          <w:t>Now Hear This Entertainment — Episode 510 — November 22, 2023</w:t>
        </w:r>
      </w:hyperlink>
    </w:p>
    <w:p>
      <w:pPr>
        <w:spacing w:after="120"/>
      </w:pPr>
      <w:hyperlink r:id="rId130">
        <w:r>
          <w:t>I Am Refocused Radio — Christmas Magic release interview — October 24, 2023</w:t>
        </w:r>
      </w:hyperlink>
    </w:p>
    <w:p>
      <w:pPr>
        <w:spacing w:after="120"/>
      </w:pPr>
      <w:hyperlink r:id="rId131">
        <w:r>
          <w:t>I Am Refocused Radio — Christmas Magic Goes Viral — December 20, 2023</w:t>
        </w:r>
      </w:hyperlink>
    </w:p>
    <w:p>
      <w:pPr>
        <w:spacing w:after="120"/>
      </w:pPr>
      <w:hyperlink r:id="rId132">
        <w:r>
          <w:t>It’s Another Sunday Podcast — Episode 156 — James A. Norkawich</w:t>
        </w:r>
      </w:hyperlink>
    </w:p>
    <w:p>
      <w:pPr>
        <w:pStyle w:val="Heading2"/>
      </w:pPr>
      <w:r>
        <w:t>Hosting and broadcasting</w:t>
      </w:r>
    </w:p>
    <w:p>
      <w:pPr>
        <w:spacing w:after="120"/>
      </w:pPr>
      <w:r>
        <w:t>Co-host of ONSTAGE Podcast with Christopher Robert. Host of The Inner Circle Podcast, exploring music, culture, faith and community.</w:t>
      </w:r>
    </w:p>
    <w:p>
      <w:pPr>
        <w:spacing w:after="120"/>
      </w:pPr>
      <w:hyperlink r:id="rId133">
        <w:r>
          <w:t>Listen to The Inner Circle Podcast</w:t>
        </w:r>
      </w:hyperlink>
    </w:p>
    <w:p>
      <w:pPr>
        <w:pStyle w:val="Heading2"/>
      </w:pPr>
      <w:r>
        <w:t>Radio support — Sean Usher</w:t>
      </w:r>
    </w:p>
    <w:p>
      <w:pPr>
        <w:spacing w:after="120"/>
      </w:pPr>
      <w:r>
        <w:t>Artist-reported radio support and airplay for James A. Norkawich and Revelation Rising on The Monday Lounge, presented by Sean Usher on Bedfordshire Health Radio.</w:t>
      </w:r>
    </w:p>
    <w:p>
      <w:pPr>
        <w:spacing w:after="120"/>
      </w:pPr>
      <w:hyperlink r:id="rId134">
        <w:r>
          <w:t>The Monday Lounge — official show page</w:t>
        </w:r>
      </w:hyperlink>
    </w:p>
    <w:p>
      <w:pPr>
        <w:pStyle w:val="Heading2"/>
      </w:pPr>
      <w:r>
        <w:t>Upcoming soundtrack project — Buried Truths</w:t>
      </w:r>
    </w:p>
    <w:p>
      <w:pPr>
        <w:spacing w:after="120"/>
      </w:pPr>
      <w:r>
        <w:t>James A. Norkawich and Revelation Rising are developing soundtrack music for the upcoming dramatic series Buried Truths. The artist identifies Before the Light and After the Storm as part of the Buried Truths Soundtrack.</w:t>
      </w:r>
    </w:p>
    <w:p>
      <w:pPr>
        <w:spacing w:after="120"/>
      </w:pPr>
      <w:hyperlink r:id="rId135">
        <w:r>
          <w:t>Buried Truths and Revelation Rising — project press release</w:t>
        </w:r>
      </w:hyperlink>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JAMES A. NORKAWICH  •  ELECTRONIC PRESS KIT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jamesanorkawich.com/" TargetMode="External"/><Relationship Id="rId11" Type="http://schemas.openxmlformats.org/officeDocument/2006/relationships/hyperlink" Target="https://open.spotify.com/artist/23bclEVnXamU5prElNOanO" TargetMode="External"/><Relationship Id="rId12" Type="http://schemas.openxmlformats.org/officeDocument/2006/relationships/hyperlink" Target="https://open.spotify.com/artist/6qi5IQRl3iahaR75zA6LuD" TargetMode="External"/><Relationship Id="rId13" Type="http://schemas.openxmlformats.org/officeDocument/2006/relationships/hyperlink" Target="https://music.apple.com/us/artist/james-a-norkawich/1615404089" TargetMode="External"/><Relationship Id="rId14" Type="http://schemas.openxmlformats.org/officeDocument/2006/relationships/hyperlink" Target="https://www.jamesanorkawich.com/about-james-a-norkawich" TargetMode="External"/><Relationship Id="rId15" Type="http://schemas.openxmlformats.org/officeDocument/2006/relationships/hyperlink" Target="https://www.jamesanorkawich.com/gallery" TargetMode="External"/><Relationship Id="rId16" Type="http://schemas.openxmlformats.org/officeDocument/2006/relationships/hyperlink" Target="https://open.spotify.com/album/6a30cy4L6UmfJl0qGRYYFU" TargetMode="External"/><Relationship Id="rId17" Type="http://schemas.openxmlformats.org/officeDocument/2006/relationships/hyperlink" Target="https://open.spotify.com/album/0xl6WZ2qu4cI9RvgBD6p1W" TargetMode="External"/><Relationship Id="rId18" Type="http://schemas.openxmlformats.org/officeDocument/2006/relationships/hyperlink" Target="https://open.spotify.com/album/0sca8EXOdNdwpEs64drnWk" TargetMode="External"/><Relationship Id="rId19" Type="http://schemas.openxmlformats.org/officeDocument/2006/relationships/hyperlink" Target="https://open.spotify.com/album/5uCFvqoOFhi47F74aq6gYU" TargetMode="External"/><Relationship Id="rId20" Type="http://schemas.openxmlformats.org/officeDocument/2006/relationships/hyperlink" Target="https://open.spotify.com/album/3WuxRmXadvFxVSJlMY4Ae4" TargetMode="External"/><Relationship Id="rId21" Type="http://schemas.openxmlformats.org/officeDocument/2006/relationships/hyperlink" Target="https://open.spotify.com/album/48Kpsav3nde126DYR2slfT" TargetMode="External"/><Relationship Id="rId22" Type="http://schemas.openxmlformats.org/officeDocument/2006/relationships/hyperlink" Target="https://open.spotify.com/album/4YUNcyEoF6u5zACSpgJtMh" TargetMode="External"/><Relationship Id="rId23" Type="http://schemas.openxmlformats.org/officeDocument/2006/relationships/hyperlink" Target="https://open.spotify.com/album/360PYgHfFtaAvpqRJu0M79" TargetMode="External"/><Relationship Id="rId24" Type="http://schemas.openxmlformats.org/officeDocument/2006/relationships/hyperlink" Target="https://open.spotify.com/album/5TOUymrej07kmFB3duhTbJ" TargetMode="External"/><Relationship Id="rId25" Type="http://schemas.openxmlformats.org/officeDocument/2006/relationships/hyperlink" Target="https://open.spotify.com/album/1WGXEniWIBOBZqLgPmiQLn" TargetMode="External"/><Relationship Id="rId26" Type="http://schemas.openxmlformats.org/officeDocument/2006/relationships/hyperlink" Target="https://open.spotify.com/album/3IJcJa5KxxVk7dTgXvCV3R" TargetMode="External"/><Relationship Id="rId27" Type="http://schemas.openxmlformats.org/officeDocument/2006/relationships/hyperlink" Target="https://open.spotify.com/album/4EClqpg4GZVUvbAEUFZcy6" TargetMode="External"/><Relationship Id="rId28" Type="http://schemas.openxmlformats.org/officeDocument/2006/relationships/hyperlink" Target="https://open.spotify.com/album/4upuA3lV1uBfuiHyQnUZEy" TargetMode="External"/><Relationship Id="rId29" Type="http://schemas.openxmlformats.org/officeDocument/2006/relationships/hyperlink" Target="https://open.spotify.com/album/79cXplsPSQJOBth8P1ic94" TargetMode="External"/><Relationship Id="rId30" Type="http://schemas.openxmlformats.org/officeDocument/2006/relationships/hyperlink" Target="https://open.spotify.com/album/1w2kJefQkECRyMNkYaBRWv" TargetMode="External"/><Relationship Id="rId31" Type="http://schemas.openxmlformats.org/officeDocument/2006/relationships/hyperlink" Target="https://open.spotify.com/album/01Pu3J5qjt9mpU3Fzl5Gon" TargetMode="External"/><Relationship Id="rId32" Type="http://schemas.openxmlformats.org/officeDocument/2006/relationships/hyperlink" Target="https://open.spotify.com/album/1rnPGTtBBteVUA7mda5fBB" TargetMode="External"/><Relationship Id="rId33" Type="http://schemas.openxmlformats.org/officeDocument/2006/relationships/hyperlink" Target="https://open.spotify.com/album/7IF2gWY6hZNdIGUwybNuaT" TargetMode="External"/><Relationship Id="rId34" Type="http://schemas.openxmlformats.org/officeDocument/2006/relationships/hyperlink" Target="https://open.spotify.com/album/4awqpjPAxA0pOoIvfPnjlT" TargetMode="External"/><Relationship Id="rId35" Type="http://schemas.openxmlformats.org/officeDocument/2006/relationships/hyperlink" Target="https://open.spotify.com/album/6iirLaGhc9LnRNzcvaTPiE" TargetMode="External"/><Relationship Id="rId36" Type="http://schemas.openxmlformats.org/officeDocument/2006/relationships/hyperlink" Target="https://open.spotify.com/album/0C6GAvrV7FPsHZFDfCdw9H" TargetMode="External"/><Relationship Id="rId37" Type="http://schemas.openxmlformats.org/officeDocument/2006/relationships/hyperlink" Target="https://open.spotify.com/album/22JnJRPR4QzsZtyw9lSJyE" TargetMode="External"/><Relationship Id="rId38" Type="http://schemas.openxmlformats.org/officeDocument/2006/relationships/hyperlink" Target="https://open.spotify.com/album/0z7VZs82euoVSDtxKHEnD6" TargetMode="External"/><Relationship Id="rId39" Type="http://schemas.openxmlformats.org/officeDocument/2006/relationships/hyperlink" Target="https://open.spotify.com/album/51NnKvrTbOs0wW5ojEeaCE" TargetMode="External"/><Relationship Id="rId40" Type="http://schemas.openxmlformats.org/officeDocument/2006/relationships/hyperlink" Target="https://open.spotify.com/album/5nQOnPsc5ELJZ16HejvSdf" TargetMode="External"/><Relationship Id="rId41" Type="http://schemas.openxmlformats.org/officeDocument/2006/relationships/hyperlink" Target="https://open.spotify.com/album/0eoGt3hMaSPWarEqEe4cHZ" TargetMode="External"/><Relationship Id="rId42" Type="http://schemas.openxmlformats.org/officeDocument/2006/relationships/hyperlink" Target="https://open.spotify.com/album/0EuNdAC2EFawKp0AOQtBNf" TargetMode="External"/><Relationship Id="rId43" Type="http://schemas.openxmlformats.org/officeDocument/2006/relationships/hyperlink" Target="https://open.spotify.com/album/4N8uKSZ97QSSEsIszffQeW" TargetMode="External"/><Relationship Id="rId44" Type="http://schemas.openxmlformats.org/officeDocument/2006/relationships/hyperlink" Target="https://open.spotify.com/album/6iQM2m6xoQc8zlW5EqZuvY" TargetMode="External"/><Relationship Id="rId45" Type="http://schemas.openxmlformats.org/officeDocument/2006/relationships/hyperlink" Target="https://open.spotify.com/album/3p8A8daa6IM1XwA7wXPZF0" TargetMode="External"/><Relationship Id="rId46" Type="http://schemas.openxmlformats.org/officeDocument/2006/relationships/hyperlink" Target="https://open.spotify.com/album/76mYcCbz7igLC8BrTGSMEM" TargetMode="External"/><Relationship Id="rId47" Type="http://schemas.openxmlformats.org/officeDocument/2006/relationships/hyperlink" Target="https://open.spotify.com/album/78DSoy4OONxHZGCvDC0VAF" TargetMode="External"/><Relationship Id="rId48" Type="http://schemas.openxmlformats.org/officeDocument/2006/relationships/hyperlink" Target="https://open.spotify.com/album/1aHauLUtMcrZTHTcnJBTMA" TargetMode="External"/><Relationship Id="rId49" Type="http://schemas.openxmlformats.org/officeDocument/2006/relationships/hyperlink" Target="https://open.spotify.com/album/5uqEjuwEaa6ddMwO608BTY" TargetMode="External"/><Relationship Id="rId50" Type="http://schemas.openxmlformats.org/officeDocument/2006/relationships/hyperlink" Target="https://open.spotify.com/album/5wa6A1b7wniCC8m64F8oSd" TargetMode="External"/><Relationship Id="rId51" Type="http://schemas.openxmlformats.org/officeDocument/2006/relationships/hyperlink" Target="https://open.spotify.com/album/592cGXE9FXDxUiqnGwnQz4" TargetMode="External"/><Relationship Id="rId52" Type="http://schemas.openxmlformats.org/officeDocument/2006/relationships/hyperlink" Target="https://open.spotify.com/album/28KZr1qaE4XbGeWljr8RqE" TargetMode="External"/><Relationship Id="rId53" Type="http://schemas.openxmlformats.org/officeDocument/2006/relationships/hyperlink" Target="https://open.spotify.com/album/3RsNET2qbUrOQ5z6k4sr0p" TargetMode="External"/><Relationship Id="rId54" Type="http://schemas.openxmlformats.org/officeDocument/2006/relationships/hyperlink" Target="https://open.spotify.com/album/0BdsSFBXUy4aoi0tR0wIC3" TargetMode="External"/><Relationship Id="rId55" Type="http://schemas.openxmlformats.org/officeDocument/2006/relationships/hyperlink" Target="https://open.spotify.com/album/7II2LpTFm1acsuRJTmlhUt" TargetMode="External"/><Relationship Id="rId56" Type="http://schemas.openxmlformats.org/officeDocument/2006/relationships/hyperlink" Target="https://open.spotify.com/album/75qVag1hTA27ZezEAL2KtY" TargetMode="External"/><Relationship Id="rId57" Type="http://schemas.openxmlformats.org/officeDocument/2006/relationships/hyperlink" Target="https://open.spotify.com/album/7v4h9LqsKovcQPfJEMHyBz" TargetMode="External"/><Relationship Id="rId58" Type="http://schemas.openxmlformats.org/officeDocument/2006/relationships/hyperlink" Target="https://open.spotify.com/album/6oOQXqDcy4WUUOVbJeROvg" TargetMode="External"/><Relationship Id="rId59" Type="http://schemas.openxmlformats.org/officeDocument/2006/relationships/hyperlink" Target="https://open.spotify.com/album/4Q7OXAf8ZEmaWzQ1BSa3h1" TargetMode="External"/><Relationship Id="rId60" Type="http://schemas.openxmlformats.org/officeDocument/2006/relationships/hyperlink" Target="https://open.spotify.com/album/4GZXmQ5qN3xlEoT8ChqcQK" TargetMode="External"/><Relationship Id="rId61" Type="http://schemas.openxmlformats.org/officeDocument/2006/relationships/hyperlink" Target="https://open.spotify.com/album/21uJWsFVgDPc4meuXgQW7I" TargetMode="External"/><Relationship Id="rId62" Type="http://schemas.openxmlformats.org/officeDocument/2006/relationships/hyperlink" Target="https://open.spotify.com/album/5bfxkIZouBoZau3iAXV6hP" TargetMode="External"/><Relationship Id="rId63" Type="http://schemas.openxmlformats.org/officeDocument/2006/relationships/hyperlink" Target="https://open.spotify.com/album/74qyqJDNapVeUjhTHa01K8" TargetMode="External"/><Relationship Id="rId64" Type="http://schemas.openxmlformats.org/officeDocument/2006/relationships/hyperlink" Target="https://open.spotify.com/album/0IUsL9J3xZDtEIzkxX3Wl0" TargetMode="External"/><Relationship Id="rId65" Type="http://schemas.openxmlformats.org/officeDocument/2006/relationships/hyperlink" Target="https://open.spotify.com/album/4sg7m8tfmRnRHB5yVS3DoJ" TargetMode="External"/><Relationship Id="rId66" Type="http://schemas.openxmlformats.org/officeDocument/2006/relationships/hyperlink" Target="https://open.spotify.com/album/2y2TrUBWCxq7a00IlDY5Y0" TargetMode="External"/><Relationship Id="rId67" Type="http://schemas.openxmlformats.org/officeDocument/2006/relationships/hyperlink" Target="https://open.spotify.com/album/3mm4a3gnk7jEnFBQg1d85A" TargetMode="External"/><Relationship Id="rId68" Type="http://schemas.openxmlformats.org/officeDocument/2006/relationships/hyperlink" Target="https://open.spotify.com/album/5SVzaagyDPXYWez6CgFx1s" TargetMode="External"/><Relationship Id="rId69" Type="http://schemas.openxmlformats.org/officeDocument/2006/relationships/hyperlink" Target="https://open.spotify.com/album/2LstvzzVTaUY2YiTIvy91s" TargetMode="External"/><Relationship Id="rId70" Type="http://schemas.openxmlformats.org/officeDocument/2006/relationships/hyperlink" Target="https://open.spotify.com/album/6S1GsrmTvEkFWfcTnjSBHM" TargetMode="External"/><Relationship Id="rId71" Type="http://schemas.openxmlformats.org/officeDocument/2006/relationships/hyperlink" Target="https://open.spotify.com/album/6nOHiLLvYmfh3gVR7dTcie" TargetMode="External"/><Relationship Id="rId72" Type="http://schemas.openxmlformats.org/officeDocument/2006/relationships/hyperlink" Target="https://open.spotify.com/album/2Id5S3hHs1eN8LUy7TMbWv" TargetMode="External"/><Relationship Id="rId73" Type="http://schemas.openxmlformats.org/officeDocument/2006/relationships/hyperlink" Target="https://open.spotify.com/album/2ZKqvGqx7V3ca85EUW2AKX" TargetMode="External"/><Relationship Id="rId74" Type="http://schemas.openxmlformats.org/officeDocument/2006/relationships/hyperlink" Target="https://open.spotify.com/album/6eaiADLzw0wRHjz9Wwa35B" TargetMode="External"/><Relationship Id="rId75" Type="http://schemas.openxmlformats.org/officeDocument/2006/relationships/hyperlink" Target="https://open.spotify.com/album/2mEaYxxvHyXy6Gg1rS8GA8" TargetMode="External"/><Relationship Id="rId76" Type="http://schemas.openxmlformats.org/officeDocument/2006/relationships/hyperlink" Target="https://open.spotify.com/album/2JCz1meXawYWJ59r0acMF8" TargetMode="External"/><Relationship Id="rId77" Type="http://schemas.openxmlformats.org/officeDocument/2006/relationships/hyperlink" Target="https://open.spotify.com/album/7sQBKYLnD7T2kH2K25zwFE" TargetMode="External"/><Relationship Id="rId78" Type="http://schemas.openxmlformats.org/officeDocument/2006/relationships/hyperlink" Target="https://open.spotify.com/album/3WE2mPbpUyWKuRU8KEiJpm" TargetMode="External"/><Relationship Id="rId79" Type="http://schemas.openxmlformats.org/officeDocument/2006/relationships/hyperlink" Target="https://open.spotify.com/album/4r14yFTD4UcdR7cNfyncJE" TargetMode="External"/><Relationship Id="rId80" Type="http://schemas.openxmlformats.org/officeDocument/2006/relationships/hyperlink" Target="https://open.spotify.com/album/2cZXRghvmyxxgogyIC7vMC" TargetMode="External"/><Relationship Id="rId81" Type="http://schemas.openxmlformats.org/officeDocument/2006/relationships/hyperlink" Target="https://open.spotify.com/album/5cVhD5r8t8G8q06EN5ge7r" TargetMode="External"/><Relationship Id="rId82" Type="http://schemas.openxmlformats.org/officeDocument/2006/relationships/hyperlink" Target="https://open.spotify.com/album/6DSghOxBVLyC6JHdRrgiqN" TargetMode="External"/><Relationship Id="rId83" Type="http://schemas.openxmlformats.org/officeDocument/2006/relationships/hyperlink" Target="https://open.spotify.com/album/4G3j0i5bC5CCj3DSNDliLr" TargetMode="External"/><Relationship Id="rId84" Type="http://schemas.openxmlformats.org/officeDocument/2006/relationships/hyperlink" Target="https://open.spotify.com/album/639icnf6s6QjJ5aEHDDP7O" TargetMode="External"/><Relationship Id="rId85" Type="http://schemas.openxmlformats.org/officeDocument/2006/relationships/hyperlink" Target="https://open.spotify.com/album/4LWCi0RVsU8ssmFmGkxwf8" TargetMode="External"/><Relationship Id="rId86" Type="http://schemas.openxmlformats.org/officeDocument/2006/relationships/hyperlink" Target="https://open.spotify.com/album/5MhTDQZ7L9YaN03C4iXH7o" TargetMode="External"/><Relationship Id="rId87" Type="http://schemas.openxmlformats.org/officeDocument/2006/relationships/hyperlink" Target="https://open.spotify.com/album/4N0hLCrXsu4np8bi75L3wG" TargetMode="External"/><Relationship Id="rId88" Type="http://schemas.openxmlformats.org/officeDocument/2006/relationships/hyperlink" Target="https://open.spotify.com/album/0SkaZ1U55mLrfiEq264YX7" TargetMode="External"/><Relationship Id="rId89" Type="http://schemas.openxmlformats.org/officeDocument/2006/relationships/hyperlink" Target="https://open.spotify.com/album/0XwGp8QLtZYiXYHYedcZ33" TargetMode="External"/><Relationship Id="rId90" Type="http://schemas.openxmlformats.org/officeDocument/2006/relationships/hyperlink" Target="https://open.spotify.com/album/3sDjJsRLFnDg08A6ocn0UN" TargetMode="External"/><Relationship Id="rId91" Type="http://schemas.openxmlformats.org/officeDocument/2006/relationships/hyperlink" Target="https://open.spotify.com/album/6ybKdssUsdcfWfG4I9mptB" TargetMode="External"/><Relationship Id="rId92" Type="http://schemas.openxmlformats.org/officeDocument/2006/relationships/hyperlink" Target="https://open.spotify.com/album/5a5emk4msPHemEQGc73RYG" TargetMode="External"/><Relationship Id="rId93" Type="http://schemas.openxmlformats.org/officeDocument/2006/relationships/hyperlink" Target="https://open.spotify.com/album/7pBFNPSFFtZBbh5aYTd8v7" TargetMode="External"/><Relationship Id="rId94" Type="http://schemas.openxmlformats.org/officeDocument/2006/relationships/hyperlink" Target="https://open.spotify.com/album/1fnOoEKASNebKKJUnIS1A4" TargetMode="External"/><Relationship Id="rId95" Type="http://schemas.openxmlformats.org/officeDocument/2006/relationships/hyperlink" Target="https://open.spotify.com/album/6WrbpybOx8lRfm1MuoWo85" TargetMode="External"/><Relationship Id="rId96" Type="http://schemas.openxmlformats.org/officeDocument/2006/relationships/hyperlink" Target="https://open.spotify.com/album/6hYml2QylJb3iYE6HB4voK" TargetMode="External"/><Relationship Id="rId97" Type="http://schemas.openxmlformats.org/officeDocument/2006/relationships/hyperlink" Target="https://open.spotify.com/album/3rUcaqV8wml1nRtH84NxFD" TargetMode="External"/><Relationship Id="rId98" Type="http://schemas.openxmlformats.org/officeDocument/2006/relationships/hyperlink" Target="https://open.spotify.com/album/6gX17B5SMM3bHBxOuEW6h0" TargetMode="External"/><Relationship Id="rId99" Type="http://schemas.openxmlformats.org/officeDocument/2006/relationships/hyperlink" Target="https://open.spotify.com/album/2nrYayhxzL3eovKbai7ffs" TargetMode="External"/><Relationship Id="rId100" Type="http://schemas.openxmlformats.org/officeDocument/2006/relationships/hyperlink" Target="https://open.spotify.com/album/5JvfAXuN7DSGKrkQuEtef3" TargetMode="External"/><Relationship Id="rId101" Type="http://schemas.openxmlformats.org/officeDocument/2006/relationships/hyperlink" Target="https://open.spotify.com/album/4EnOPyQwcbBw4LemgvMWcC" TargetMode="External"/><Relationship Id="rId102" Type="http://schemas.openxmlformats.org/officeDocument/2006/relationships/hyperlink" Target="https://open.spotify.com/album/21TvQdIhVvQxNp6Yqy3N7D" TargetMode="External"/><Relationship Id="rId103" Type="http://schemas.openxmlformats.org/officeDocument/2006/relationships/hyperlink" Target="https://open.spotify.com/album/6MXJExhIxkwvUpcCCYp2NG" TargetMode="External"/><Relationship Id="rId104" Type="http://schemas.openxmlformats.org/officeDocument/2006/relationships/hyperlink" Target="https://open.spotify.com/album/3fdTqzw4iJagL4mPeqzbbx" TargetMode="External"/><Relationship Id="rId105" Type="http://schemas.openxmlformats.org/officeDocument/2006/relationships/hyperlink" Target="https://open.spotify.com/album/4FT5dTGnxV1QfVXsQ8nAWE" TargetMode="External"/><Relationship Id="rId106" Type="http://schemas.openxmlformats.org/officeDocument/2006/relationships/hyperlink" Target="https://open.spotify.com/album/520sUjDsWE8D0QDg2vUzDr" TargetMode="External"/><Relationship Id="rId107" Type="http://schemas.openxmlformats.org/officeDocument/2006/relationships/hyperlink" Target="https://open.spotify.com/album/0QdOqtvgTjUayMRXK704xb" TargetMode="External"/><Relationship Id="rId108" Type="http://schemas.openxmlformats.org/officeDocument/2006/relationships/hyperlink" Target="https://open.spotify.com/album/2LZKGOvoWx3xBAvsXudJJr" TargetMode="External"/><Relationship Id="rId109" Type="http://schemas.openxmlformats.org/officeDocument/2006/relationships/hyperlink" Target="https://open.spotify.com/album/3LrRiQMne096G5nETwGJ0W" TargetMode="External"/><Relationship Id="rId110" Type="http://schemas.openxmlformats.org/officeDocument/2006/relationships/hyperlink" Target="https://open.spotify.com/album/2hv1d2q75yBxHj47t1a92O" TargetMode="External"/><Relationship Id="rId111" Type="http://schemas.openxmlformats.org/officeDocument/2006/relationships/hyperlink" Target="https://open.spotify.com/album/4PJSA7UjnxMmd4qemqsIyQ" TargetMode="External"/><Relationship Id="rId112" Type="http://schemas.openxmlformats.org/officeDocument/2006/relationships/hyperlink" Target="https://open.spotify.com/album/2BcGLUqQ4eKSVsdjmVsD8Q" TargetMode="External"/><Relationship Id="rId113" Type="http://schemas.openxmlformats.org/officeDocument/2006/relationships/hyperlink" Target="https://open.spotify.com/album/6iLCYPJYRFkz9xTmmAoMbk" TargetMode="External"/><Relationship Id="rId114" Type="http://schemas.openxmlformats.org/officeDocument/2006/relationships/hyperlink" Target="https://open.spotify.com/album/3wEO2zTz9QOCpfFN43hihr" TargetMode="External"/><Relationship Id="rId115" Type="http://schemas.openxmlformats.org/officeDocument/2006/relationships/hyperlink" Target="https://open.spotify.com/album/7pTbkyBQAvNLX1aaaQHzML" TargetMode="External"/><Relationship Id="rId116" Type="http://schemas.openxmlformats.org/officeDocument/2006/relationships/hyperlink" Target="https://open.spotify.com/album/7bwHnb337veWPuLbCadHR9" TargetMode="External"/><Relationship Id="rId117" Type="http://schemas.openxmlformats.org/officeDocument/2006/relationships/hyperlink" Target="https://open.spotify.com/album/7Cj3cDjtLYrKGJmgWkcciT" TargetMode="External"/><Relationship Id="rId118" Type="http://schemas.openxmlformats.org/officeDocument/2006/relationships/hyperlink" Target="https://open.spotify.com/album/6sXW4f2vGZyemjp5RzcPr5" TargetMode="External"/><Relationship Id="rId119" Type="http://schemas.openxmlformats.org/officeDocument/2006/relationships/hyperlink" Target="https://open.spotify.com/album/31qpaYtqPd7VnUvyl8hWU1" TargetMode="External"/><Relationship Id="rId120" Type="http://schemas.openxmlformats.org/officeDocument/2006/relationships/hyperlink" Target="https://open.spotify.com/album/1N1YhCBVmz6AfusXJzq01s" TargetMode="External"/><Relationship Id="rId121" Type="http://schemas.openxmlformats.org/officeDocument/2006/relationships/hyperlink" Target="https://open.spotify.com/album/5btSWt8DardrcdVdyIiuz5" TargetMode="External"/><Relationship Id="rId122" Type="http://schemas.openxmlformats.org/officeDocument/2006/relationships/hyperlink" Target="https://open.spotify.com/album/4GGLvDRZ9mJm0Yddb8Y68D" TargetMode="External"/><Relationship Id="rId123" Type="http://schemas.openxmlformats.org/officeDocument/2006/relationships/hyperlink" Target="https://open.spotify.com/album/00JuWpHK6bhiJEvanzOHwV" TargetMode="External"/><Relationship Id="rId124" Type="http://schemas.openxmlformats.org/officeDocument/2006/relationships/hyperlink" Target="https://revelationrisingband.com" TargetMode="External"/><Relationship Id="rId125" Type="http://schemas.openxmlformats.org/officeDocument/2006/relationships/hyperlink" Target="https://watch.ulfn.org/videos/james-a-norkawich" TargetMode="External"/><Relationship Id="rId126" Type="http://schemas.openxmlformats.org/officeDocument/2006/relationships/hyperlink" Target="https://youtu.be/GkdCBM9UHPI" TargetMode="External"/><Relationship Id="rId127" Type="http://schemas.openxmlformats.org/officeDocument/2006/relationships/hyperlink" Target="https://metacast.app/podcast/the-above-the-bar-podcast/WW4q82k6/how-to-become-a-musician-james-norkawich/mQ3qcNXy" TargetMode="External"/><Relationship Id="rId128" Type="http://schemas.openxmlformats.org/officeDocument/2006/relationships/hyperlink" Target="https://www.podparadise.com/episodes/17693897/" TargetMode="External"/><Relationship Id="rId129" Type="http://schemas.openxmlformats.org/officeDocument/2006/relationships/hyperlink" Target="https://now-hear-this.net/index.php/content/nhte-510-james-norkawich" TargetMode="External"/><Relationship Id="rId130" Type="http://schemas.openxmlformats.org/officeDocument/2006/relationships/hyperlink" Target="https://www.spreaker.com/episode/james-norkawich-new-music-project-october-29th-release-christmas-magic--57368313" TargetMode="External"/><Relationship Id="rId131" Type="http://schemas.openxmlformats.org/officeDocument/2006/relationships/hyperlink" Target="https://www.spreaker.com/episode/james-norkawich-christmas-magic-goes-viral-thoughts-on-this-holiday-season--58075936" TargetMode="External"/><Relationship Id="rId132" Type="http://schemas.openxmlformats.org/officeDocument/2006/relationships/hyperlink" Target="https://music.amazon.in/podcasts/4486452f-7cb0-4186-b796-ad5a409e714d/episodes/1664be17-5816-4121-b9fe-5432c8da3b42/it%27s-another-sunday-podcast-episode-156---special-guest---james-a-norkawich--musician-composer-pianist" TargetMode="External"/><Relationship Id="rId133" Type="http://schemas.openxmlformats.org/officeDocument/2006/relationships/hyperlink" Target="https://open.spotify.com/show/033A6l7debAEG9cbxnEsaR" TargetMode="External"/><Relationship Id="rId134" Type="http://schemas.openxmlformats.org/officeDocument/2006/relationships/hyperlink" Target="https://hospitalradiobedford.org.uk/blog/shows/the-monday-lounge/" TargetMode="External"/><Relationship Id="rId135" Type="http://schemas.openxmlformats.org/officeDocument/2006/relationships/hyperlink" Target="https://www.issuewire.com/a-composers-bet-on-sound-how-buried-truths-and-revelation-rising-aim-to-redefine-streaming-storytelling-18636235519237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